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8B6" w:rsidRDefault="00D018B6">
      <w:pPr>
        <w:autoSpaceDE w:val="0"/>
        <w:autoSpaceDN w:val="0"/>
        <w:spacing w:after="78" w:line="220" w:lineRule="exact"/>
      </w:pPr>
    </w:p>
    <w:p w:rsidR="00D018B6" w:rsidRDefault="0075327E">
      <w:pPr>
        <w:sectPr w:rsidR="00D018B6">
          <w:pgSz w:w="11900" w:h="16840"/>
          <w:pgMar w:top="29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  <w:bookmarkStart w:id="0" w:name="_GoBack"/>
      <w:r w:rsidRPr="0075327E">
        <w:rPr>
          <w:noProof/>
          <w:lang w:val="ru-RU" w:eastAsia="ru-RU"/>
        </w:rPr>
        <w:drawing>
          <wp:inline distT="0" distB="0" distL="0" distR="0">
            <wp:extent cx="5727700" cy="7636933"/>
            <wp:effectExtent l="0" t="0" r="6350" b="2540"/>
            <wp:docPr id="1" name="Рисунок 1" descr="E:\титульники\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ульники\матем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18B6" w:rsidRDefault="00D018B6">
      <w:pPr>
        <w:autoSpaceDE w:val="0"/>
        <w:autoSpaceDN w:val="0"/>
        <w:spacing w:after="78" w:line="220" w:lineRule="exact"/>
      </w:pPr>
    </w:p>
    <w:p w:rsidR="00D018B6" w:rsidRPr="0075327E" w:rsidRDefault="001A19BD">
      <w:pPr>
        <w:autoSpaceDE w:val="0"/>
        <w:autoSpaceDN w:val="0"/>
        <w:spacing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D018B6" w:rsidRPr="0075327E" w:rsidRDefault="001A19BD">
      <w:pPr>
        <w:autoSpaceDE w:val="0"/>
        <w:autoSpaceDN w:val="0"/>
        <w:spacing w:before="346" w:after="0"/>
        <w:ind w:firstLine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предмету «Математика» для обучающихся 4 класса составлена на основе Требований к результатам освоения основной образовательной программы начального общего образования, представленных 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в Федеральном государственном образовательном стандарте начального общего образования, а также Примерной программы воспитания.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математики имеет особое значение в развитии младшего школьника.</w:t>
      </w:r>
    </w:p>
    <w:p w:rsidR="00D018B6" w:rsidRPr="0075327E" w:rsidRDefault="001A19BD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Приобретённые им знания, опыт выполнен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ия предметных и универсальных действий на </w:t>
      </w:r>
      <w:r w:rsidRPr="0075327E">
        <w:rPr>
          <w:lang w:val="ru-RU"/>
        </w:rPr>
        <w:br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:rsidR="00D018B6" w:rsidRPr="0075327E" w:rsidRDefault="001A19BD">
      <w:pPr>
        <w:tabs>
          <w:tab w:val="left" w:pos="180"/>
        </w:tabs>
        <w:autoSpaceDE w:val="0"/>
        <w:autoSpaceDN w:val="0"/>
        <w:spacing w:before="192" w:after="0" w:line="262" w:lineRule="auto"/>
        <w:ind w:right="144"/>
        <w:rPr>
          <w:lang w:val="ru-RU"/>
        </w:rPr>
      </w:pPr>
      <w:r w:rsidRPr="0075327E">
        <w:rPr>
          <w:lang w:val="ru-RU"/>
        </w:rPr>
        <w:tab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:rsidR="00D018B6" w:rsidRPr="0075327E" w:rsidRDefault="001A19BD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Освоение начальных математических знаний — понимание значения величин и способов их измерения; использование арифметич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 </w:t>
      </w:r>
    </w:p>
    <w:p w:rsidR="00D018B6" w:rsidRPr="0075327E" w:rsidRDefault="001A19BD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функциональной математической грамотности младшего шк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(«часть-целое»,«больше-меньше», «равно-неравно», «порядок»), смысла арифметичес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ких действий, </w:t>
      </w:r>
      <w:r w:rsidRPr="0075327E">
        <w:rPr>
          <w:lang w:val="ru-RU"/>
        </w:rPr>
        <w:br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зависимостей (работа, движение, продолжительность события). </w:t>
      </w:r>
    </w:p>
    <w:p w:rsidR="00D018B6" w:rsidRPr="0075327E" w:rsidRDefault="001A19BD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Обеспечение математического развития младшего школьника — формирование способности к интеллектуальной деятельности, пространственного воображения, математической речи; умение ст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роить рассуждения, выбирать аргументацию,  различать верные (истинные) и неверные (ложные) утверждения, вести поиск информации (примеров, оснований для упорядочения, вариантов и др.). </w:t>
      </w:r>
    </w:p>
    <w:p w:rsidR="00D018B6" w:rsidRPr="0075327E" w:rsidRDefault="001A19BD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Становление учебно-познавательных мотивов и интереса к изучению мате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матики и </w:t>
      </w:r>
      <w:r w:rsidRPr="0075327E">
        <w:rPr>
          <w:lang w:val="ru-RU"/>
        </w:rPr>
        <w:br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</w:t>
      </w:r>
      <w:r w:rsidRPr="0075327E">
        <w:rPr>
          <w:lang w:val="ru-RU"/>
        </w:rPr>
        <w:br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математических терминах и понятиях; прочных  навыков использования математических знаний в повседневной жизни.</w:t>
      </w:r>
    </w:p>
    <w:p w:rsidR="00D018B6" w:rsidRPr="0075327E" w:rsidRDefault="001A19BD">
      <w:pPr>
        <w:tabs>
          <w:tab w:val="left" w:pos="180"/>
        </w:tabs>
        <w:autoSpaceDE w:val="0"/>
        <w:autoSpaceDN w:val="0"/>
        <w:spacing w:before="180" w:after="0" w:line="262" w:lineRule="auto"/>
        <w:ind w:right="720"/>
        <w:rPr>
          <w:lang w:val="ru-RU"/>
        </w:rPr>
      </w:pPr>
      <w:r w:rsidRPr="0075327E">
        <w:rPr>
          <w:lang w:val="ru-RU"/>
        </w:rPr>
        <w:tab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 младшего школьника:</w:t>
      </w:r>
    </w:p>
    <w:p w:rsidR="00D018B6" w:rsidRPr="0075327E" w:rsidRDefault="001A19BD">
      <w:pPr>
        <w:autoSpaceDE w:val="0"/>
        <w:autoSpaceDN w:val="0"/>
        <w:spacing w:before="178" w:after="0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понимание математических отношений выступает средством познания закономерностей существования   окружающего мира, фактов, процессов  и  явлений,  происходящих  в  природе и в обществе (хронология событий, протяжённость по времени, о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бразование целого из частей, изменение формы, размера и т.д.); </w:t>
      </w:r>
    </w:p>
    <w:p w:rsidR="00D018B6" w:rsidRPr="0075327E" w:rsidRDefault="001A19BD">
      <w:pPr>
        <w:autoSpaceDE w:val="0"/>
        <w:autoSpaceDN w:val="0"/>
        <w:spacing w:before="190" w:after="0" w:line="271" w:lineRule="auto"/>
        <w:ind w:left="420" w:right="7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льтуры, объекты природы); </w:t>
      </w:r>
    </w:p>
    <w:p w:rsidR="00D018B6" w:rsidRPr="0075327E" w:rsidRDefault="001A19BD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одтверждать истинность</w:t>
      </w:r>
    </w:p>
    <w:p w:rsidR="00D018B6" w:rsidRPr="0075327E" w:rsidRDefault="00D018B6">
      <w:pPr>
        <w:rPr>
          <w:lang w:val="ru-RU"/>
        </w:rPr>
        <w:sectPr w:rsidR="00D018B6" w:rsidRPr="0075327E">
          <w:pgSz w:w="11900" w:h="16840"/>
          <w:pgMar w:top="298" w:right="634" w:bottom="380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D018B6" w:rsidRPr="0075327E" w:rsidRDefault="00D018B6">
      <w:pPr>
        <w:autoSpaceDE w:val="0"/>
        <w:autoSpaceDN w:val="0"/>
        <w:spacing w:after="66" w:line="220" w:lineRule="exact"/>
        <w:rPr>
          <w:lang w:val="ru-RU"/>
        </w:rPr>
      </w:pPr>
    </w:p>
    <w:p w:rsidR="00D018B6" w:rsidRPr="0075327E" w:rsidRDefault="001A19BD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предположения).</w:t>
      </w:r>
    </w:p>
    <w:p w:rsidR="00D018B6" w:rsidRPr="0075327E" w:rsidRDefault="001A19BD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Младшие школьники проявляют интерес к математической сущности предметов и явлений окружающей жизни - возможности их измерить, определить величину, форму, выявить зависимости 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и  закономерности  их  расположения  во  времени 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ами </w:t>
      </w:r>
      <w:r w:rsidRPr="0075327E">
        <w:rPr>
          <w:lang w:val="ru-RU"/>
        </w:rPr>
        <w:br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информации, в том числе и графическими (таблица, диаграмма, схема).</w:t>
      </w:r>
    </w:p>
    <w:p w:rsidR="00D018B6" w:rsidRPr="0075327E" w:rsidRDefault="001A19BD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е школы.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На изучение математики в 4 классе отводится 4 часа в неделю, всего 136 часов.</w:t>
      </w:r>
    </w:p>
    <w:p w:rsidR="00D018B6" w:rsidRPr="0075327E" w:rsidRDefault="00D018B6">
      <w:pPr>
        <w:rPr>
          <w:lang w:val="ru-RU"/>
        </w:rPr>
        <w:sectPr w:rsidR="00D018B6" w:rsidRPr="0075327E">
          <w:pgSz w:w="11900" w:h="16840"/>
          <w:pgMar w:top="286" w:right="828" w:bottom="1440" w:left="666" w:header="720" w:footer="720" w:gutter="0"/>
          <w:cols w:space="720" w:equalWidth="0">
            <w:col w:w="10406" w:space="0"/>
          </w:cols>
          <w:docGrid w:linePitch="360"/>
        </w:sectPr>
      </w:pPr>
    </w:p>
    <w:p w:rsidR="00D018B6" w:rsidRPr="0075327E" w:rsidRDefault="00D018B6">
      <w:pPr>
        <w:autoSpaceDE w:val="0"/>
        <w:autoSpaceDN w:val="0"/>
        <w:spacing w:after="78" w:line="220" w:lineRule="exact"/>
        <w:rPr>
          <w:lang w:val="ru-RU"/>
        </w:rPr>
      </w:pPr>
    </w:p>
    <w:p w:rsidR="00D018B6" w:rsidRPr="0075327E" w:rsidRDefault="001A19BD">
      <w:pPr>
        <w:autoSpaceDE w:val="0"/>
        <w:autoSpaceDN w:val="0"/>
        <w:spacing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D018B6" w:rsidRPr="0075327E" w:rsidRDefault="001A19BD">
      <w:pPr>
        <w:autoSpaceDE w:val="0"/>
        <w:autoSpaceDN w:val="0"/>
        <w:spacing w:before="346" w:after="0" w:line="271" w:lineRule="auto"/>
        <w:ind w:right="144" w:firstLine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Основное содержание обучения в программе представлено разделами: «Числа и величины»,«Арифметические 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действия», «Текстовые задачи», «Пространственные отношения и геометрические фигуры», «Математическая информация».</w:t>
      </w:r>
    </w:p>
    <w:p w:rsidR="00D018B6" w:rsidRPr="0075327E" w:rsidRDefault="001A19BD">
      <w:pPr>
        <w:autoSpaceDE w:val="0"/>
        <w:autoSpaceDN w:val="0"/>
        <w:spacing w:before="262"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b/>
          <w:color w:val="000000"/>
          <w:sz w:val="24"/>
          <w:lang w:val="ru-RU"/>
        </w:rPr>
        <w:t>Числа и величины</w:t>
      </w:r>
    </w:p>
    <w:p w:rsidR="00D018B6" w:rsidRPr="0075327E" w:rsidRDefault="001A19BD">
      <w:pPr>
        <w:tabs>
          <w:tab w:val="left" w:pos="180"/>
        </w:tabs>
        <w:autoSpaceDE w:val="0"/>
        <w:autoSpaceDN w:val="0"/>
        <w:spacing w:before="118" w:after="0" w:line="262" w:lineRule="auto"/>
        <w:ind w:right="144"/>
        <w:rPr>
          <w:lang w:val="ru-RU"/>
        </w:rPr>
      </w:pPr>
      <w:r w:rsidRPr="0075327E">
        <w:rPr>
          <w:lang w:val="ru-RU"/>
        </w:rPr>
        <w:tab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Числа в пределах миллиона: чтение, запись, поразрядное сравнение упорядочение. Число, большее или меньшее данного числа на з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аданное число разрядных единиц, в заданное число раз.</w:t>
      </w:r>
    </w:p>
    <w:p w:rsidR="00D018B6" w:rsidRPr="0075327E" w:rsidRDefault="001A19B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Величины: сравнение объектов по массе, длине, площади, вместимости.</w:t>
      </w:r>
    </w:p>
    <w:p w:rsidR="00D018B6" w:rsidRPr="0075327E" w:rsidRDefault="001A19BD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Единицы массы — центнер, тонна; соотношения между единицами массы.</w:t>
      </w:r>
    </w:p>
    <w:p w:rsidR="00D018B6" w:rsidRPr="0075327E" w:rsidRDefault="001A19BD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Единицы времени (сутки, неделя, месяц, год, век), соотношение между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 ними.</w:t>
      </w:r>
    </w:p>
    <w:p w:rsidR="00D018B6" w:rsidRPr="0075327E" w:rsidRDefault="001A19BD">
      <w:pPr>
        <w:autoSpaceDE w:val="0"/>
        <w:autoSpaceDN w:val="0"/>
        <w:spacing w:before="72" w:after="0" w:line="271" w:lineRule="auto"/>
        <w:ind w:right="432" w:firstLine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Единицы длины (миллиметр, сантиметр, дециметр, метр, километр), площади (квадратный метр, квадратный сантиметр), вместимости (литр), скорости (километры в час, метры в минуту, метры в секунду); соотношение между единицами в пределах 100 000.</w:t>
      </w:r>
    </w:p>
    <w:p w:rsidR="00D018B6" w:rsidRPr="0075327E" w:rsidRDefault="001A19B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Доля ве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личины времени, массы, длины.</w:t>
      </w:r>
    </w:p>
    <w:p w:rsidR="00D018B6" w:rsidRPr="0075327E" w:rsidRDefault="001A19BD">
      <w:pPr>
        <w:autoSpaceDE w:val="0"/>
        <w:autoSpaceDN w:val="0"/>
        <w:spacing w:before="262"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b/>
          <w:color w:val="000000"/>
          <w:sz w:val="24"/>
          <w:lang w:val="ru-RU"/>
        </w:rPr>
        <w:t>Арифметические действия</w:t>
      </w:r>
    </w:p>
    <w:p w:rsidR="00D018B6" w:rsidRPr="0075327E" w:rsidRDefault="001A19BD">
      <w:pPr>
        <w:autoSpaceDE w:val="0"/>
        <w:autoSpaceDN w:val="0"/>
        <w:spacing w:before="118" w:after="0" w:line="271" w:lineRule="auto"/>
        <w:ind w:right="576" w:firstLine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Письменное сложение, вычитание многозначных чисел в пределах миллиона. Письменное умножение, деление многозначных чисел на однозначное/двузначное число в пределах 100 000; деление с остатком. Умножение/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деление на 10, 100, 1000.</w:t>
      </w:r>
    </w:p>
    <w:p w:rsidR="00D018B6" w:rsidRPr="0075327E" w:rsidRDefault="001A19BD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Свойства арифметических действий и их применение для вычислений. Поиск значения числового выражения, содержащего несколько действий в пределах 100 000. Проверка результата вычислений, в том числе с помощью калькулятора.</w:t>
      </w:r>
    </w:p>
    <w:p w:rsidR="00D018B6" w:rsidRPr="0075327E" w:rsidRDefault="001A19BD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75327E">
        <w:rPr>
          <w:lang w:val="ru-RU"/>
        </w:rPr>
        <w:tab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Равенство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, содержащее неизвестный компонент арифметического действия: запись, нахождение неизвестного компонента.</w:t>
      </w:r>
    </w:p>
    <w:p w:rsidR="00D018B6" w:rsidRPr="0075327E" w:rsidRDefault="001A19B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Умножение и деление величины на однозначное число.</w:t>
      </w:r>
    </w:p>
    <w:p w:rsidR="00D018B6" w:rsidRPr="0075327E" w:rsidRDefault="001A19BD">
      <w:pPr>
        <w:autoSpaceDE w:val="0"/>
        <w:autoSpaceDN w:val="0"/>
        <w:spacing w:before="262"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b/>
          <w:color w:val="000000"/>
          <w:sz w:val="24"/>
          <w:lang w:val="ru-RU"/>
        </w:rPr>
        <w:t>Текстовые задачи</w:t>
      </w:r>
    </w:p>
    <w:p w:rsidR="00D018B6" w:rsidRPr="0075327E" w:rsidRDefault="001A19BD">
      <w:pPr>
        <w:autoSpaceDE w:val="0"/>
        <w:autoSpaceDN w:val="0"/>
        <w:spacing w:before="118" w:after="0" w:line="286" w:lineRule="auto"/>
        <w:ind w:firstLine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Работа с текстовой  задачей,  решение  которой  содержит 2—3 действия: анализ, пред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ставление на модели; планирование и запись решения; проверка решения и ответа. Анализ зависимостей, характеризующих процессы: движения (скорость, время, пройденный путь), работы </w:t>
      </w:r>
      <w:r w:rsidRPr="0075327E">
        <w:rPr>
          <w:lang w:val="ru-RU"/>
        </w:rPr>
        <w:br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(производительность, время, объём работы), купли продажи (цена, количество, с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тоимость) и решение соответствующих задач. Задачи на установление времени (начало, продолжительность и окончание события), расчёта количества, расхода, изменения. Задачи на нахождение доли величины, величины по её доле. Разные способы решения некоторых вид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ов изученных задач. Оформление решения по действиям с пояснением, по вопросам, с помощью числового выражения.</w:t>
      </w:r>
    </w:p>
    <w:p w:rsidR="00D018B6" w:rsidRPr="0075327E" w:rsidRDefault="001A19BD">
      <w:pPr>
        <w:autoSpaceDE w:val="0"/>
        <w:autoSpaceDN w:val="0"/>
        <w:spacing w:before="502"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b/>
          <w:color w:val="000000"/>
          <w:sz w:val="24"/>
          <w:lang w:val="ru-RU"/>
        </w:rPr>
        <w:t>Пространственные отношения и геометрические фигуры</w:t>
      </w:r>
    </w:p>
    <w:p w:rsidR="00D018B6" w:rsidRPr="0075327E" w:rsidRDefault="001A19BD">
      <w:pPr>
        <w:autoSpaceDE w:val="0"/>
        <w:autoSpaceDN w:val="0"/>
        <w:spacing w:before="118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Наглядные представления о симметрии.</w:t>
      </w:r>
    </w:p>
    <w:p w:rsidR="00D018B6" w:rsidRPr="0075327E" w:rsidRDefault="001A19BD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75327E">
        <w:rPr>
          <w:lang w:val="ru-RU"/>
        </w:rPr>
        <w:tab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Окружность, круг: распознавание и изображение; построение окружности заданного радиуса. Построение изученных геометрических фигур с помощью линейки, угольника, циркуля.</w:t>
      </w:r>
    </w:p>
    <w:p w:rsidR="00D018B6" w:rsidRPr="0075327E" w:rsidRDefault="001A19BD">
      <w:pPr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Пространственные геометрические фигуры (тела): шар, куб, цилиндр, конус, пирамида; разл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ичение, называние.</w:t>
      </w:r>
    </w:p>
    <w:p w:rsidR="00D018B6" w:rsidRPr="0075327E" w:rsidRDefault="001A19BD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75327E">
        <w:rPr>
          <w:lang w:val="ru-RU"/>
        </w:rPr>
        <w:tab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Конструирование: разбиение фигуры на прямоугольники (квадраты), составление фигур из прямоугольников/квадратов.</w:t>
      </w:r>
    </w:p>
    <w:p w:rsidR="00D018B6" w:rsidRPr="0075327E" w:rsidRDefault="001A19B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Периметр, площадь фигуры, составленной из двух, трёх прямоугольников (квадратов).</w:t>
      </w:r>
    </w:p>
    <w:p w:rsidR="00D018B6" w:rsidRPr="0075327E" w:rsidRDefault="00D018B6">
      <w:pPr>
        <w:rPr>
          <w:lang w:val="ru-RU"/>
        </w:rPr>
        <w:sectPr w:rsidR="00D018B6" w:rsidRPr="0075327E">
          <w:pgSz w:w="11900" w:h="16840"/>
          <w:pgMar w:top="298" w:right="650" w:bottom="3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018B6" w:rsidRPr="0075327E" w:rsidRDefault="00D018B6">
      <w:pPr>
        <w:autoSpaceDE w:val="0"/>
        <w:autoSpaceDN w:val="0"/>
        <w:spacing w:after="132" w:line="220" w:lineRule="exact"/>
        <w:rPr>
          <w:lang w:val="ru-RU"/>
        </w:rPr>
      </w:pPr>
    </w:p>
    <w:p w:rsidR="00D018B6" w:rsidRPr="0075327E" w:rsidRDefault="001A19BD">
      <w:pPr>
        <w:autoSpaceDE w:val="0"/>
        <w:autoSpaceDN w:val="0"/>
        <w:spacing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b/>
          <w:color w:val="000000"/>
          <w:sz w:val="24"/>
          <w:lang w:val="ru-RU"/>
        </w:rPr>
        <w:t>Математическая информация</w:t>
      </w:r>
    </w:p>
    <w:p w:rsidR="00D018B6" w:rsidRPr="0075327E" w:rsidRDefault="001A19BD">
      <w:pPr>
        <w:tabs>
          <w:tab w:val="left" w:pos="180"/>
        </w:tabs>
        <w:autoSpaceDE w:val="0"/>
        <w:autoSpaceDN w:val="0"/>
        <w:spacing w:before="118" w:after="0" w:line="262" w:lineRule="auto"/>
        <w:ind w:right="864"/>
        <w:rPr>
          <w:lang w:val="ru-RU"/>
        </w:rPr>
      </w:pPr>
      <w:r w:rsidRPr="0075327E">
        <w:rPr>
          <w:lang w:val="ru-RU"/>
        </w:rPr>
        <w:tab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Работа с утверждениями: конструирование, проверка истинности; составление и проверка логических рассуждений при решении задач.</w:t>
      </w:r>
    </w:p>
    <w:p w:rsidR="00D018B6" w:rsidRPr="0075327E" w:rsidRDefault="001A19BD">
      <w:pPr>
        <w:autoSpaceDE w:val="0"/>
        <w:autoSpaceDN w:val="0"/>
        <w:spacing w:before="70" w:after="0"/>
        <w:ind w:right="432" w:firstLine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Данные о реальных процессах и явлениях окружающего мира, представленные на диаграммах, схемах, в таб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лицах, текстах. Сбор математических данных о заданном объекте (числе, величине, геометрической фигуре). Поиск информации в справочной литературе, сети Интернет. Запись информации в предложенной таблице, на столбчатой диаграмме.</w:t>
      </w:r>
    </w:p>
    <w:p w:rsidR="00D018B6" w:rsidRPr="0075327E" w:rsidRDefault="001A19BD">
      <w:pPr>
        <w:autoSpaceDE w:val="0"/>
        <w:autoSpaceDN w:val="0"/>
        <w:spacing w:before="70" w:after="0"/>
        <w:ind w:firstLine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Доступные электронные средства обучения, пособия, тренажёры, их использование под </w:t>
      </w:r>
      <w:r w:rsidRPr="0075327E">
        <w:rPr>
          <w:lang w:val="ru-RU"/>
        </w:rPr>
        <w:br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руководством педагога и самостоятельно. Правила безопасной работы с электронными источниками информации (электронная форма учебника, электронные словари, образовательные сай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ты, </w:t>
      </w:r>
      <w:r w:rsidRPr="0075327E">
        <w:rPr>
          <w:lang w:val="ru-RU"/>
        </w:rPr>
        <w:br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ориентированные на детей младшего школьного возраста).</w:t>
      </w:r>
    </w:p>
    <w:p w:rsidR="00D018B6" w:rsidRPr="0075327E" w:rsidRDefault="001A19BD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Алгоритмы решения учебных и практических задач.</w:t>
      </w:r>
    </w:p>
    <w:p w:rsidR="00D018B6" w:rsidRPr="0075327E" w:rsidRDefault="001A19BD">
      <w:pPr>
        <w:autoSpaceDE w:val="0"/>
        <w:autoSpaceDN w:val="0"/>
        <w:spacing w:before="262"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УЧЕБНЫЕ ДЕЙСТВИЯ</w:t>
      </w:r>
    </w:p>
    <w:p w:rsidR="00D018B6" w:rsidRPr="0075327E" w:rsidRDefault="001A19BD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познавательные учебные действия:</w:t>
      </w:r>
    </w:p>
    <w:p w:rsidR="00D018B6" w:rsidRPr="0075327E" w:rsidRDefault="001A19BD">
      <w:pPr>
        <w:autoSpaceDE w:val="0"/>
        <w:autoSpaceDN w:val="0"/>
        <w:spacing w:before="178" w:after="0" w:line="262" w:lineRule="auto"/>
        <w:ind w:left="420" w:right="14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изученной математической терминологии, использовать её в высказываниях и рассуждениях;</w:t>
      </w:r>
    </w:p>
    <w:p w:rsidR="00D018B6" w:rsidRPr="0075327E" w:rsidRDefault="001A19BD">
      <w:pPr>
        <w:autoSpaceDE w:val="0"/>
        <w:autoSpaceDN w:val="0"/>
        <w:spacing w:before="190" w:after="0" w:line="271" w:lineRule="auto"/>
        <w:ind w:left="420" w:right="108"/>
        <w:jc w:val="both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сравнивать математические объекты (числа, величины, геометрические фигуры), записывать признак сравнения; выбирать метод решения математической з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адачи (алгоритм действия, приём вычисления, способ решения, моделирование ситуации, перебор вариантов); 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обнаруживать модели изученных геометрических фигур в окружающем мире;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 геометрическую фигуру, обладающую заданным свойством (отрез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ок заданной длины, ломаная определённой длины, квадрат с заданным периметром); 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классифицировать объекты по 1 - 2 выбранным признакам; 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модель математической задачи, проверять её соответствие условиям задачи; </w:t>
      </w:r>
    </w:p>
    <w:p w:rsidR="00D018B6" w:rsidRPr="0075327E" w:rsidRDefault="001A19BD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определять с помощью цифро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вых и аналоговых 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(с помощью измерительных сосудов).</w:t>
      </w:r>
    </w:p>
    <w:p w:rsidR="00D018B6" w:rsidRPr="0075327E" w:rsidRDefault="001A19BD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:rsidR="00D018B6" w:rsidRPr="0075327E" w:rsidRDefault="001A19BD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разных формах; </w:t>
      </w:r>
    </w:p>
    <w:p w:rsidR="00D018B6" w:rsidRPr="0075327E" w:rsidRDefault="001A19BD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извлекать и интерпретировать информацию, представленную в таблице, на диаграмме; использовать справочную литературу для поиска информации, в том числе Интернет (в условиях контролируемого выхода).</w:t>
      </w:r>
    </w:p>
    <w:p w:rsidR="00D018B6" w:rsidRPr="0075327E" w:rsidRDefault="001A19BD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</w:t>
      </w:r>
      <w:r w:rsidRPr="0075327E">
        <w:rPr>
          <w:rFonts w:ascii="Times New Roman" w:eastAsia="Times New Roman" w:hAnsi="Times New Roman"/>
          <w:i/>
          <w:color w:val="000000"/>
          <w:sz w:val="24"/>
          <w:lang w:val="ru-RU"/>
        </w:rPr>
        <w:t>ые коммуникативные учебные действия:</w:t>
      </w:r>
    </w:p>
    <w:p w:rsidR="00D018B6" w:rsidRPr="0075327E" w:rsidRDefault="001A19BD">
      <w:pPr>
        <w:autoSpaceDE w:val="0"/>
        <w:autoSpaceDN w:val="0"/>
        <w:spacing w:before="178" w:after="0" w:line="262" w:lineRule="auto"/>
        <w:ind w:left="420" w:right="1008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математическую терминологию для записи решения предметной или практической задачи; 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и контрпримеры для подтверждения/опровержения вывода, гипотезы; 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конструировать, читать числово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е выражение; 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практическую ситуацию с использованием изученной терминологии; 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математические объекты, явления и события с помощью изученных</w:t>
      </w:r>
    </w:p>
    <w:p w:rsidR="00D018B6" w:rsidRPr="0075327E" w:rsidRDefault="00D018B6">
      <w:pPr>
        <w:rPr>
          <w:lang w:val="ru-RU"/>
        </w:rPr>
        <w:sectPr w:rsidR="00D018B6" w:rsidRPr="0075327E">
          <w:pgSz w:w="11900" w:h="16840"/>
          <w:pgMar w:top="352" w:right="786" w:bottom="452" w:left="666" w:header="720" w:footer="720" w:gutter="0"/>
          <w:cols w:space="720" w:equalWidth="0">
            <w:col w:w="10448" w:space="0"/>
          </w:cols>
          <w:docGrid w:linePitch="360"/>
        </w:sectPr>
      </w:pPr>
    </w:p>
    <w:p w:rsidR="00D018B6" w:rsidRPr="0075327E" w:rsidRDefault="00D018B6">
      <w:pPr>
        <w:autoSpaceDE w:val="0"/>
        <w:autoSpaceDN w:val="0"/>
        <w:spacing w:after="66" w:line="220" w:lineRule="exact"/>
        <w:rPr>
          <w:lang w:val="ru-RU"/>
        </w:rPr>
      </w:pPr>
    </w:p>
    <w:p w:rsidR="00D018B6" w:rsidRPr="0075327E" w:rsidRDefault="001A19BD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величин; 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составлять инструкцию,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 записывать рассуждение; 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инициировать обсуждение разных способов выполнения задания, поиск ошибок в решении.</w:t>
      </w:r>
    </w:p>
    <w:p w:rsidR="00D018B6" w:rsidRPr="0075327E" w:rsidRDefault="001A19BD">
      <w:pPr>
        <w:autoSpaceDE w:val="0"/>
        <w:autoSpaceDN w:val="0"/>
        <w:spacing w:before="178"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регулятивные учебные действия:</w:t>
      </w:r>
    </w:p>
    <w:p w:rsidR="00D018B6" w:rsidRPr="0075327E" w:rsidRDefault="001A19BD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контролировать правильность и полноту выполнения алгоритма арифметического действия, 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решения текстовой задачи, построения геометрической фигуры, измерения; 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самостоятельно выполнять прикидку и оценку результата измерений;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находить, исправлять, прогнозировать трудности и ошибки и трудности в решении учебной задачи.</w:t>
      </w:r>
    </w:p>
    <w:p w:rsidR="00D018B6" w:rsidRPr="0075327E" w:rsidRDefault="001A19BD">
      <w:pPr>
        <w:autoSpaceDE w:val="0"/>
        <w:autoSpaceDN w:val="0"/>
        <w:spacing w:before="180"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</w:t>
      </w:r>
      <w:r w:rsidRPr="0075327E">
        <w:rPr>
          <w:rFonts w:ascii="Times New Roman" w:eastAsia="Times New Roman" w:hAnsi="Times New Roman"/>
          <w:i/>
          <w:color w:val="000000"/>
          <w:sz w:val="24"/>
          <w:lang w:val="ru-RU"/>
        </w:rPr>
        <w:t>ность:</w:t>
      </w:r>
    </w:p>
    <w:p w:rsidR="00D018B6" w:rsidRPr="0075327E" w:rsidRDefault="001A19BD">
      <w:pPr>
        <w:autoSpaceDE w:val="0"/>
        <w:autoSpaceDN w:val="0"/>
        <w:spacing w:before="178" w:after="0"/>
        <w:ind w:left="240" w:right="14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участвовать в совместной деятельности: договариваться о способе решения, распределять работу между членами группы (например, в случае решения задач, требующих перебора большого количества вариантов), согласовывать мнения в ходе поиска доказательс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тв, выбора рационального способа; </w:t>
      </w:r>
    </w:p>
    <w:p w:rsidR="00D018B6" w:rsidRPr="0075327E" w:rsidRDefault="001A19BD">
      <w:pPr>
        <w:autoSpaceDE w:val="0"/>
        <w:autoSpaceDN w:val="0"/>
        <w:spacing w:before="190" w:after="0" w:line="281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договариваться с одноклассниками в ходе организации проектной работы с величинами (составление расписания, подсчёт денег, оценка стоимости и веса покупки, рост и вес человека, приближённая оценка расстояний и временных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 интервалов; взвешивание; измерение </w:t>
      </w:r>
      <w:r w:rsidRPr="0075327E">
        <w:rPr>
          <w:lang w:val="ru-RU"/>
        </w:rPr>
        <w:br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температуры воздуха и воды), геометрическими фигурами (выбор формы и деталей при конструировании, расчёт и разметка, прикидка и оценка конечного результата).</w:t>
      </w:r>
    </w:p>
    <w:p w:rsidR="00D018B6" w:rsidRPr="0075327E" w:rsidRDefault="00D018B6">
      <w:pPr>
        <w:rPr>
          <w:lang w:val="ru-RU"/>
        </w:rPr>
        <w:sectPr w:rsidR="00D018B6" w:rsidRPr="0075327E">
          <w:pgSz w:w="11900" w:h="16840"/>
          <w:pgMar w:top="286" w:right="944" w:bottom="1440" w:left="846" w:header="720" w:footer="720" w:gutter="0"/>
          <w:cols w:space="720" w:equalWidth="0">
            <w:col w:w="10109" w:space="0"/>
          </w:cols>
          <w:docGrid w:linePitch="360"/>
        </w:sectPr>
      </w:pPr>
    </w:p>
    <w:p w:rsidR="00D018B6" w:rsidRPr="0075327E" w:rsidRDefault="00D018B6">
      <w:pPr>
        <w:autoSpaceDE w:val="0"/>
        <w:autoSpaceDN w:val="0"/>
        <w:spacing w:after="78" w:line="220" w:lineRule="exact"/>
        <w:rPr>
          <w:lang w:val="ru-RU"/>
        </w:rPr>
      </w:pPr>
    </w:p>
    <w:p w:rsidR="00D018B6" w:rsidRPr="0075327E" w:rsidRDefault="001A19BD">
      <w:pPr>
        <w:autoSpaceDE w:val="0"/>
        <w:autoSpaceDN w:val="0"/>
        <w:spacing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</w:t>
      </w:r>
      <w:r w:rsidRPr="0075327E">
        <w:rPr>
          <w:rFonts w:ascii="Times New Roman" w:eastAsia="Times New Roman" w:hAnsi="Times New Roman"/>
          <w:b/>
          <w:color w:val="000000"/>
          <w:sz w:val="24"/>
          <w:lang w:val="ru-RU"/>
        </w:rPr>
        <w:t>ЕМЫЕ ОБРАЗОВАТЕЛЬНЫЕ РЕЗУЛЬТАТЫ</w:t>
      </w:r>
    </w:p>
    <w:p w:rsidR="00D018B6" w:rsidRPr="0075327E" w:rsidRDefault="001A19BD">
      <w:pPr>
        <w:tabs>
          <w:tab w:val="left" w:pos="180"/>
        </w:tabs>
        <w:autoSpaceDE w:val="0"/>
        <w:autoSpaceDN w:val="0"/>
        <w:spacing w:before="346" w:after="0" w:line="262" w:lineRule="auto"/>
        <w:ind w:right="1152"/>
        <w:rPr>
          <w:lang w:val="ru-RU"/>
        </w:rPr>
      </w:pPr>
      <w:r w:rsidRPr="0075327E">
        <w:rPr>
          <w:lang w:val="ru-RU"/>
        </w:rPr>
        <w:tab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4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D018B6" w:rsidRPr="0075327E" w:rsidRDefault="001A19BD">
      <w:pPr>
        <w:autoSpaceDE w:val="0"/>
        <w:autoSpaceDN w:val="0"/>
        <w:spacing w:before="262"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D018B6" w:rsidRPr="0075327E" w:rsidRDefault="001A19BD">
      <w:pPr>
        <w:tabs>
          <w:tab w:val="left" w:pos="180"/>
        </w:tabs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75327E">
        <w:rPr>
          <w:lang w:val="ru-RU"/>
        </w:rPr>
        <w:tab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В результате изучения предмета «Математика» у обучающегося будут сформированы следующие личностные результаты:</w:t>
      </w:r>
    </w:p>
    <w:p w:rsidR="00D018B6" w:rsidRPr="0075327E" w:rsidRDefault="001A19BD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необходимость изучения математики для адаптации к жизненным ситуациям, для развития общей культуры человека; </w:t>
      </w:r>
    </w:p>
    <w:p w:rsidR="00D018B6" w:rsidRPr="0075327E" w:rsidRDefault="001A19BD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развития способнос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ти мыслить, рассуждать, выдвигать предположения и доказывать или опровергать их; </w:t>
      </w:r>
    </w:p>
    <w:p w:rsidR="00D018B6" w:rsidRPr="0075327E" w:rsidRDefault="001A19BD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тивно оценивать свой вклад в общий результат;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осваивать навыки организации безопасного поведения в информационной среде;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математику для решения практических задач в повседневной жизни, в том числе при оказании помощи одноклассникам, детям 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младшего возраста, взрослым и пожилым людям; </w:t>
      </w:r>
    </w:p>
    <w:p w:rsidR="00D018B6" w:rsidRPr="0075327E" w:rsidRDefault="001A19BD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при решении поставленных задач, умение преодолевать трудности;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свои успехи в 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изучении математики, намечать пути устранения трудностей; </w:t>
      </w:r>
    </w:p>
    <w:p w:rsidR="00D018B6" w:rsidRPr="0075327E" w:rsidRDefault="001A19BD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D018B6" w:rsidRPr="0075327E" w:rsidRDefault="001A19BD">
      <w:pPr>
        <w:autoSpaceDE w:val="0"/>
        <w:autoSpaceDN w:val="0"/>
        <w:spacing w:before="324"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D018B6" w:rsidRPr="0075327E" w:rsidRDefault="001A19BD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:rsidR="00D018B6" w:rsidRPr="0075327E" w:rsidRDefault="001A19BD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 познавательные учебные действия: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:rsidR="00D018B6" w:rsidRPr="0075327E" w:rsidRDefault="001A19BD">
      <w:pPr>
        <w:autoSpaceDE w:val="0"/>
        <w:autoSpaceDN w:val="0"/>
        <w:spacing w:before="178" w:after="0" w:line="262" w:lineRule="auto"/>
        <w:ind w:left="420" w:right="1008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связи и зависимости между математическими объе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ктами (часть-целое; причина-следствие; протяжённость);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применять базовые логические универсальные действия: сравнение, анализ, классификация (группировка), обобщение;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приобретать практические графические и измерительные навыки для успешного решения 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учебных и житейских задач;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D018B6" w:rsidRPr="0075327E" w:rsidRDefault="001A19BD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:rsidR="00D018B6" w:rsidRPr="0075327E" w:rsidRDefault="00D018B6">
      <w:pPr>
        <w:rPr>
          <w:lang w:val="ru-RU"/>
        </w:rPr>
        <w:sectPr w:rsidR="00D018B6" w:rsidRPr="0075327E">
          <w:pgSz w:w="11900" w:h="16840"/>
          <w:pgMar w:top="298" w:right="650" w:bottom="3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018B6" w:rsidRPr="0075327E" w:rsidRDefault="00D018B6">
      <w:pPr>
        <w:autoSpaceDE w:val="0"/>
        <w:autoSpaceDN w:val="0"/>
        <w:spacing w:after="132" w:line="220" w:lineRule="exact"/>
        <w:rPr>
          <w:lang w:val="ru-RU"/>
        </w:rPr>
      </w:pPr>
    </w:p>
    <w:p w:rsidR="00D018B6" w:rsidRPr="0075327E" w:rsidRDefault="001A19BD">
      <w:pPr>
        <w:autoSpaceDE w:val="0"/>
        <w:autoSpaceDN w:val="0"/>
        <w:spacing w:after="0" w:line="262" w:lineRule="auto"/>
        <w:ind w:left="240" w:right="86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способность ориентироваться в учебном материале разных разделов курса математики;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адекватно использовать математическую терминологию: различать, 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характеризовать, использовать для решения учебных и практических задач; 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применять изученные методы познания (измерение, моделирование, перебор вариантов).</w:t>
      </w:r>
    </w:p>
    <w:p w:rsidR="00D018B6" w:rsidRPr="0075327E" w:rsidRDefault="001A19BD">
      <w:pPr>
        <w:autoSpaceDE w:val="0"/>
        <w:autoSpaceDN w:val="0"/>
        <w:spacing w:before="178"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:rsidR="00D018B6" w:rsidRPr="0075327E" w:rsidRDefault="001A19BD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находить и использовать для решения учебных задач текстовую, графиче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скую информацию в разных источниках информационной среды; </w:t>
      </w:r>
    </w:p>
    <w:p w:rsidR="00D018B6" w:rsidRPr="0075327E" w:rsidRDefault="001A19BD">
      <w:pPr>
        <w:autoSpaceDE w:val="0"/>
        <w:autoSpaceDN w:val="0"/>
        <w:spacing w:before="192" w:after="0" w:line="262" w:lineRule="auto"/>
        <w:ind w:left="240" w:right="86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интерпретировать графически представленную информацию (схему, таблицу, диаграмму, другую модель);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информацию в заданной форме (дополнять таблицу, текст), формулировать у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тверждение по образцу, в соответствии с требованиями учебной задачи;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принимать правила, безопасно использовать предлагаемые электронные средства и источники информации.</w:t>
      </w:r>
    </w:p>
    <w:p w:rsidR="00D018B6" w:rsidRPr="0075327E" w:rsidRDefault="001A19BD">
      <w:pPr>
        <w:autoSpaceDE w:val="0"/>
        <w:autoSpaceDN w:val="0"/>
        <w:spacing w:before="178"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коммуникативные учебные действия:</w:t>
      </w:r>
    </w:p>
    <w:p w:rsidR="00D018B6" w:rsidRPr="0075327E" w:rsidRDefault="001A19BD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утверждения, 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проверять их истинность; строить логическое рассуждение;</w:t>
      </w:r>
    </w:p>
    <w:p w:rsidR="00D018B6" w:rsidRPr="0075327E" w:rsidRDefault="001A19BD">
      <w:pPr>
        <w:autoSpaceDE w:val="0"/>
        <w:autoSpaceDN w:val="0"/>
        <w:spacing w:before="238" w:after="0" w:line="230" w:lineRule="auto"/>
        <w:jc w:val="center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текст задания для объяснения способа и хода решения математической задачи;</w:t>
      </w:r>
    </w:p>
    <w:p w:rsidR="00D018B6" w:rsidRPr="0075327E" w:rsidRDefault="001A19BD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ответ;</w:t>
      </w:r>
    </w:p>
    <w:p w:rsidR="00D018B6" w:rsidRPr="0075327E" w:rsidRDefault="001A19BD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комментировать процесс вычисления, построения, решения; объяснять полученный отве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т с использованием изученной терминологии;</w:t>
      </w:r>
    </w:p>
    <w:p w:rsidR="00D018B6" w:rsidRPr="0075327E" w:rsidRDefault="001A19BD">
      <w:pPr>
        <w:autoSpaceDE w:val="0"/>
        <w:autoSpaceDN w:val="0"/>
        <w:spacing w:before="238" w:after="0" w:line="271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D018B6" w:rsidRPr="0075327E" w:rsidRDefault="001A19BD">
      <w:pPr>
        <w:autoSpaceDE w:val="0"/>
        <w:autoSpaceDN w:val="0"/>
        <w:spacing w:before="238" w:after="0" w:line="271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создавать в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D018B6" w:rsidRPr="0075327E" w:rsidRDefault="001A19BD">
      <w:pPr>
        <w:autoSpaceDE w:val="0"/>
        <w:autoSpaceDN w:val="0"/>
        <w:spacing w:before="240" w:after="0" w:line="230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алгоритмах: воспроизводить, дополнять, испра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влять деформированные;</w:t>
      </w:r>
    </w:p>
    <w:p w:rsidR="00D018B6" w:rsidRPr="0075327E" w:rsidRDefault="001A19BD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по аналогии;</w:t>
      </w:r>
    </w:p>
    <w:p w:rsidR="00D018B6" w:rsidRPr="0075327E" w:rsidRDefault="001A19BD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составлять тексты заданий, аналогичные типовым изученным.</w:t>
      </w:r>
    </w:p>
    <w:p w:rsidR="00D018B6" w:rsidRPr="0075327E" w:rsidRDefault="001A19BD">
      <w:pPr>
        <w:autoSpaceDE w:val="0"/>
        <w:autoSpaceDN w:val="0"/>
        <w:spacing w:before="178"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регулятивные учебные действия: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:rsidR="00D018B6" w:rsidRPr="0075327E" w:rsidRDefault="001A19BD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планировать этапы предстоящей работы, определять последовател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ьность учебных действий;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правила безопасного использования электронных средств, предлагаемых в процессе обучения.</w:t>
      </w:r>
    </w:p>
    <w:p w:rsidR="00D018B6" w:rsidRPr="0075327E" w:rsidRDefault="001A19BD">
      <w:pPr>
        <w:autoSpaceDE w:val="0"/>
        <w:autoSpaceDN w:val="0"/>
        <w:spacing w:before="178"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:rsidR="00D018B6" w:rsidRPr="0075327E" w:rsidRDefault="001A19BD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деятельности, объективно оценивать их; 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и при необходимости корректировать способы действий; </w:t>
      </w:r>
    </w:p>
    <w:p w:rsidR="00D018B6" w:rsidRPr="0075327E" w:rsidRDefault="00D018B6">
      <w:pPr>
        <w:rPr>
          <w:lang w:val="ru-RU"/>
        </w:rPr>
        <w:sectPr w:rsidR="00D018B6" w:rsidRPr="0075327E">
          <w:pgSz w:w="11900" w:h="16840"/>
          <w:pgMar w:top="352" w:right="722" w:bottom="302" w:left="846" w:header="720" w:footer="720" w:gutter="0"/>
          <w:cols w:space="720" w:equalWidth="0">
            <w:col w:w="10332" w:space="0"/>
          </w:cols>
          <w:docGrid w:linePitch="360"/>
        </w:sectPr>
      </w:pPr>
    </w:p>
    <w:p w:rsidR="00D018B6" w:rsidRPr="0075327E" w:rsidRDefault="00D018B6">
      <w:pPr>
        <w:autoSpaceDE w:val="0"/>
        <w:autoSpaceDN w:val="0"/>
        <w:spacing w:after="144" w:line="220" w:lineRule="exact"/>
        <w:rPr>
          <w:lang w:val="ru-RU"/>
        </w:rPr>
      </w:pPr>
    </w:p>
    <w:p w:rsidR="00D018B6" w:rsidRPr="0075327E" w:rsidRDefault="001A19BD">
      <w:pPr>
        <w:autoSpaceDE w:val="0"/>
        <w:autoSpaceDN w:val="0"/>
        <w:spacing w:after="0" w:line="262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находить ошибки в своей работе, устанавливать их причины, вести поиск путей преодоления ошибок.</w:t>
      </w:r>
    </w:p>
    <w:p w:rsidR="00D018B6" w:rsidRPr="0075327E" w:rsidRDefault="001A19BD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Самооценка:</w:t>
      </w:r>
    </w:p>
    <w:p w:rsidR="00D018B6" w:rsidRPr="0075327E" w:rsidRDefault="001A19BD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оценивать рациональность своих действий,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 давать им качественную характеристику.</w:t>
      </w:r>
    </w:p>
    <w:p w:rsidR="00D018B6" w:rsidRPr="0075327E" w:rsidRDefault="001A19BD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D018B6" w:rsidRPr="0075327E" w:rsidRDefault="001A19BD">
      <w:pPr>
        <w:autoSpaceDE w:val="0"/>
        <w:autoSpaceDN w:val="0"/>
        <w:spacing w:before="180" w:after="0" w:line="271" w:lineRule="auto"/>
        <w:ind w:left="420" w:right="7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приведения примеров и контрпримеров);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согласовывать  мнения в ходе поиска доказательств, выбора рационального способа, анализа информации;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совместный контроль и оценку выполняемых действий, предвидеть возможность возникновения ошибок и 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трудностей, предусматривать пути их предупреждения.</w:t>
      </w:r>
    </w:p>
    <w:p w:rsidR="00D018B6" w:rsidRPr="0075327E" w:rsidRDefault="001A19BD">
      <w:pPr>
        <w:autoSpaceDE w:val="0"/>
        <w:autoSpaceDN w:val="0"/>
        <w:spacing w:before="322"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D018B6" w:rsidRPr="0075327E" w:rsidRDefault="001A19BD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в 4 классе обучающийся научится:</w:t>
      </w:r>
    </w:p>
    <w:p w:rsidR="00D018B6" w:rsidRPr="0075327E" w:rsidRDefault="001A19BD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записывать, сравнивать, упорядочивать многозначные числа; 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jc w:val="center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находить число большее/меньшее данного числа на заданное чи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сло, в заданное число раз;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арифметические действия: сложение и вычитание с многозначными числами письменно (в пределах 100 - устно);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умножение и деление многозначного числа на однозначное, двузначное число письменно (в пределах 100 - устн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о); </w:t>
      </w:r>
    </w:p>
    <w:p w:rsidR="00D018B6" w:rsidRPr="0075327E" w:rsidRDefault="001A19BD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деление с остатком — письменно (в пределах 1000); вычислять значение числового выражения (со скобками/без скобок), содержащего действия сложения, вычитания, умножения, деления с многозначными числами; </w:t>
      </w:r>
    </w:p>
    <w:p w:rsidR="00D018B6" w:rsidRPr="0075327E" w:rsidRDefault="001A19BD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при вычислениях изученные свойства арифметических действий; </w:t>
      </w:r>
    </w:p>
    <w:p w:rsidR="00D018B6" w:rsidRPr="0075327E" w:rsidRDefault="001A19BD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прикидку результата вычислений;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проверку полученного результата по критериям: достоверность (реальность), соответствие правилу/алгоритму, а также с п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омощью калькулятора; </w:t>
      </w:r>
    </w:p>
    <w:p w:rsidR="00D018B6" w:rsidRPr="0075327E" w:rsidRDefault="001A19BD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долю величины, величину по ее доле; находить неизвестный компонент </w:t>
      </w:r>
      <w:r w:rsidRPr="0075327E">
        <w:rPr>
          <w:lang w:val="ru-RU"/>
        </w:rPr>
        <w:br/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арифметического действия; использовать единицы величин для при решении задач (длина, масса, время, вместимость, стоимость, площадь, скорость); </w:t>
      </w:r>
    </w:p>
    <w:p w:rsidR="00D018B6" w:rsidRPr="0075327E" w:rsidRDefault="001A19BD">
      <w:pPr>
        <w:autoSpaceDE w:val="0"/>
        <w:autoSpaceDN w:val="0"/>
        <w:spacing w:before="190" w:after="0"/>
        <w:ind w:left="420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использ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овать при решении задач единицы длины (миллиметр, сантиметр, дециметр, метр, километр), массы (грамм, килограмм, центнер, тонна), времени (секунда, минута, час; сутки, неделя, месяц, год, век), вместимости (литр), стоимости (копейка, рубль), площади (квадр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атный метр, квадратный дециметр, квадратный сантиметр), скорости (километр в час, метр в секунду);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при решении текстовых задач и в практических ситуациях соотношения между скоростью, временем и пройденным путем, между производительностью, 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временем и объёмом</w:t>
      </w:r>
    </w:p>
    <w:p w:rsidR="00D018B6" w:rsidRPr="0075327E" w:rsidRDefault="00D018B6">
      <w:pPr>
        <w:rPr>
          <w:lang w:val="ru-RU"/>
        </w:rPr>
        <w:sectPr w:rsidR="00D018B6" w:rsidRPr="0075327E">
          <w:pgSz w:w="11900" w:h="16840"/>
          <w:pgMar w:top="364" w:right="740" w:bottom="312" w:left="666" w:header="720" w:footer="720" w:gutter="0"/>
          <w:cols w:space="720" w:equalWidth="0">
            <w:col w:w="10494" w:space="0"/>
          </w:cols>
          <w:docGrid w:linePitch="360"/>
        </w:sectPr>
      </w:pPr>
    </w:p>
    <w:p w:rsidR="00D018B6" w:rsidRPr="0075327E" w:rsidRDefault="00D018B6">
      <w:pPr>
        <w:autoSpaceDE w:val="0"/>
        <w:autoSpaceDN w:val="0"/>
        <w:spacing w:after="72" w:line="220" w:lineRule="exact"/>
        <w:rPr>
          <w:lang w:val="ru-RU"/>
        </w:rPr>
      </w:pPr>
    </w:p>
    <w:p w:rsidR="00D018B6" w:rsidRPr="0075327E" w:rsidRDefault="001A19BD">
      <w:pPr>
        <w:autoSpaceDE w:val="0"/>
        <w:autoSpaceDN w:val="0"/>
        <w:spacing w:after="0" w:line="262" w:lineRule="auto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работы; определять с помощью цифровых и аналоговых приборов массу предмета, температуру (например, воды, воздуха в помещении), скорость движения транспортного средства;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 помощью измерительных сосудов вместимость; выполнять прикидку и оценку результата измерений; </w:t>
      </w:r>
    </w:p>
    <w:p w:rsidR="00D018B6" w:rsidRPr="0075327E" w:rsidRDefault="001A19BD">
      <w:pPr>
        <w:autoSpaceDE w:val="0"/>
        <w:autoSpaceDN w:val="0"/>
        <w:spacing w:before="190" w:after="0"/>
        <w:ind w:right="432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решать текстовые задачи в 1—3 действия, выполнять преобразование заданных величин, выбирать при решении подходящие способы вычисления, сочета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я устные и письменные вычисления и используя, при необходимости, вычислительные устройства, оценивать полученный результат по критериям: достоверность/реальность, соответствие условию; </w:t>
      </w:r>
    </w:p>
    <w:p w:rsidR="00D018B6" w:rsidRPr="0075327E" w:rsidRDefault="001A19BD">
      <w:pPr>
        <w:autoSpaceDE w:val="0"/>
        <w:autoSpaceDN w:val="0"/>
        <w:spacing w:before="190" w:after="0" w:line="278" w:lineRule="auto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решать практические задачи, связанные с повседневной жизнью (на пок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упки, движение и т.п.), в том числе, с избыточными данными, находить недостающую информацию (например, из таблиц, схем), находить и оценивать различные способы решения, использовать подходящие способы проверки;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различать, называть геометрические фигуры: окружность, круг; изображать с помощью циркуля и линейки окружность заданного радиуса;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изображения простейших пространственных фигур: шара, куба, цилиндра, конуса, пирамиды;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в про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стейших случаях проекции предметов окружающего мира на плоскость (пол, стену); </w:t>
      </w:r>
    </w:p>
    <w:p w:rsidR="00D018B6" w:rsidRPr="0075327E" w:rsidRDefault="001A19BD">
      <w:pPr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выполнять разбиение (показывать на рисунке, чертеже) простейшей составной фигуры на прямоугольники (квадраты), находить периметр и площадь фигур, составленных из двух трех п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рямоугольников (квадратов);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верные (истинные) и неверные (ложные) утверждения; приводить пример, контрпример; </w:t>
      </w:r>
    </w:p>
    <w:p w:rsidR="00D018B6" w:rsidRPr="0075327E" w:rsidRDefault="001A19BD">
      <w:pPr>
        <w:autoSpaceDE w:val="0"/>
        <w:autoSpaceDN w:val="0"/>
        <w:spacing w:before="190" w:after="0" w:line="271" w:lineRule="auto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утверждение (вывод), строить логические рассуждения (одно/двухшаговые) с использованием изученных связок; класс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ифицировать объекты по заданным/самостоятельно установленным одному, двум признакам; </w:t>
      </w:r>
    </w:p>
    <w:p w:rsidR="00D018B6" w:rsidRPr="0075327E" w:rsidRDefault="001A19BD">
      <w:pPr>
        <w:autoSpaceDE w:val="0"/>
        <w:autoSpaceDN w:val="0"/>
        <w:spacing w:before="190" w:after="0" w:line="278" w:lineRule="auto"/>
        <w:ind w:right="576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извлекать и использовать для выполнения заданий и решения задач информацию, представленную в простейших столбчатых диаграммах, таблицах с данными о реальных процессах 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и явлениях окружающего мира (например, календарь, расписание), в предметах повседневной жизни (например, счет, меню, прайс-лист, объявление); </w:t>
      </w:r>
    </w:p>
    <w:p w:rsidR="00D018B6" w:rsidRPr="0075327E" w:rsidRDefault="001A19BD">
      <w:pPr>
        <w:autoSpaceDE w:val="0"/>
        <w:autoSpaceDN w:val="0"/>
        <w:spacing w:before="190" w:after="0" w:line="271" w:lineRule="auto"/>
        <w:ind w:right="1152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заполнять данными предложенную таблицу, столбчатую диаграмму; использовать формализованные описания последоват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ельности действий (алгоритм, план, схема) в практических и учебных ситуациях; </w:t>
      </w:r>
    </w:p>
    <w:p w:rsidR="00D018B6" w:rsidRPr="0075327E" w:rsidRDefault="001A19BD">
      <w:pPr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дополнять алгоритм, упорядочивать шаги алгоритма; выбирать рациональное решение; составлять модель текстовой задачи, числовое выражение; 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 ход решения матема</w:t>
      </w: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 xml:space="preserve">тической задачи; </w:t>
      </w:r>
    </w:p>
    <w:p w:rsidR="00D018B6" w:rsidRPr="0075327E" w:rsidRDefault="001A19BD">
      <w:pPr>
        <w:autoSpaceDE w:val="0"/>
        <w:autoSpaceDN w:val="0"/>
        <w:spacing w:before="190" w:after="0" w:line="230" w:lineRule="auto"/>
        <w:rPr>
          <w:lang w:val="ru-RU"/>
        </w:rPr>
      </w:pPr>
      <w:r w:rsidRPr="0075327E">
        <w:rPr>
          <w:rFonts w:ascii="Times New Roman" w:eastAsia="Times New Roman" w:hAnsi="Times New Roman"/>
          <w:color w:val="000000"/>
          <w:sz w:val="24"/>
          <w:lang w:val="ru-RU"/>
        </w:rPr>
        <w:t>—  находить все верные решения задачи из предложенных.</w:t>
      </w:r>
    </w:p>
    <w:p w:rsidR="00D018B6" w:rsidRPr="0075327E" w:rsidRDefault="00D018B6">
      <w:pPr>
        <w:rPr>
          <w:lang w:val="ru-RU"/>
        </w:rPr>
        <w:sectPr w:rsidR="00D018B6" w:rsidRPr="0075327E">
          <w:pgSz w:w="11900" w:h="16840"/>
          <w:pgMar w:top="292" w:right="794" w:bottom="1104" w:left="1086" w:header="720" w:footer="720" w:gutter="0"/>
          <w:cols w:space="720" w:equalWidth="0">
            <w:col w:w="10019" w:space="0"/>
          </w:cols>
          <w:docGrid w:linePitch="360"/>
        </w:sectPr>
      </w:pPr>
    </w:p>
    <w:p w:rsidR="00D018B6" w:rsidRPr="0075327E" w:rsidRDefault="00D018B6">
      <w:pPr>
        <w:autoSpaceDE w:val="0"/>
        <w:autoSpaceDN w:val="0"/>
        <w:spacing w:after="64" w:line="220" w:lineRule="exact"/>
        <w:rPr>
          <w:lang w:val="ru-RU"/>
        </w:rPr>
      </w:pPr>
    </w:p>
    <w:p w:rsidR="00D018B6" w:rsidRDefault="001A19BD">
      <w:pPr>
        <w:autoSpaceDE w:val="0"/>
        <w:autoSpaceDN w:val="0"/>
        <w:spacing w:after="502" w:line="230" w:lineRule="auto"/>
      </w:pPr>
      <w:r>
        <w:rPr>
          <w:rFonts w:ascii="Times New Roman" w:eastAsia="Times New Roman" w:hAnsi="Times New Roman"/>
          <w:b/>
          <w:color w:val="000000"/>
          <w:w w:val="103"/>
          <w:sz w:val="14"/>
        </w:rPr>
        <w:t xml:space="preserve">ТЕМАТИЧЕСКОЕ ПЛАНИРОВАНИЕ </w:t>
      </w: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296"/>
        <w:gridCol w:w="1692"/>
        <w:gridCol w:w="400"/>
        <w:gridCol w:w="832"/>
        <w:gridCol w:w="858"/>
        <w:gridCol w:w="606"/>
        <w:gridCol w:w="1394"/>
        <w:gridCol w:w="932"/>
        <w:gridCol w:w="8612"/>
      </w:tblGrid>
      <w:tr w:rsidR="00D018B6">
        <w:trPr>
          <w:trHeight w:hRule="exact" w:val="260"/>
        </w:trPr>
        <w:tc>
          <w:tcPr>
            <w:tcW w:w="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п/п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45" w:lineRule="auto"/>
              <w:ind w:left="54" w:right="14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Наименование разделов и тем программы</w:t>
            </w:r>
          </w:p>
        </w:tc>
        <w:tc>
          <w:tcPr>
            <w:tcW w:w="2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Количество часов</w:t>
            </w:r>
          </w:p>
        </w:tc>
        <w:tc>
          <w:tcPr>
            <w:tcW w:w="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45" w:lineRule="auto"/>
              <w:ind w:left="54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изучения</w:t>
            </w:r>
          </w:p>
        </w:tc>
        <w:tc>
          <w:tcPr>
            <w:tcW w:w="1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 xml:space="preserve">Виды </w:t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деятельности</w:t>
            </w:r>
          </w:p>
        </w:tc>
        <w:tc>
          <w:tcPr>
            <w:tcW w:w="932" w:type="dxa"/>
            <w:vMerge w:val="restar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45" w:lineRule="auto"/>
              <w:ind w:left="56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Виды, формы контроля</w:t>
            </w:r>
          </w:p>
        </w:tc>
        <w:tc>
          <w:tcPr>
            <w:tcW w:w="8612" w:type="dxa"/>
            <w:vMerge w:val="restar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Электронные (цифровые) образовательные ресурсы</w:t>
            </w:r>
          </w:p>
        </w:tc>
      </w:tr>
      <w:tr w:rsidR="00D018B6">
        <w:trPr>
          <w:trHeight w:hRule="exact" w:val="408"/>
        </w:trPr>
        <w:tc>
          <w:tcPr>
            <w:tcW w:w="17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8B6" w:rsidRDefault="00D018B6"/>
        </w:tc>
        <w:tc>
          <w:tcPr>
            <w:tcW w:w="17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8B6" w:rsidRDefault="00D018B6"/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всего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45" w:lineRule="auto"/>
              <w:ind w:left="52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контрольные работы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45" w:lineRule="auto"/>
              <w:ind w:left="54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практические работы</w:t>
            </w:r>
          </w:p>
        </w:tc>
        <w:tc>
          <w:tcPr>
            <w:tcW w:w="17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8B6" w:rsidRDefault="00D018B6"/>
        </w:tc>
        <w:tc>
          <w:tcPr>
            <w:tcW w:w="17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D018B6" w:rsidRDefault="00D018B6"/>
        </w:tc>
        <w:tc>
          <w:tcPr>
            <w:tcW w:w="1739" w:type="dxa"/>
            <w:vMerge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D018B6" w:rsidRDefault="00D018B6"/>
        </w:tc>
        <w:tc>
          <w:tcPr>
            <w:tcW w:w="1739" w:type="dxa"/>
            <w:vMerge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D018B6" w:rsidRDefault="00D018B6"/>
        </w:tc>
      </w:tr>
      <w:tr w:rsidR="00D018B6">
        <w:trPr>
          <w:trHeight w:hRule="exact" w:val="262"/>
        </w:trPr>
        <w:tc>
          <w:tcPr>
            <w:tcW w:w="1562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6" w:after="0" w:line="235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 xml:space="preserve"> Числа</w:t>
            </w:r>
          </w:p>
        </w:tc>
      </w:tr>
      <w:tr w:rsidR="00D018B6" w:rsidRPr="0075327E">
        <w:trPr>
          <w:trHeight w:hRule="exact" w:val="1710"/>
        </w:trPr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1.1.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0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Числа в пределах миллиона: чтение, запись, поразрядное сравнение, упорядочение.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3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Упражнения: устная 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письменная работа с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числами: запись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многозначного числа,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его представление в виде суммы разрядных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слагаемых; классы 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разряды; выбор чисел с заданными свойствами (число разрядных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единиц, чётность и т. д.);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2" w:lineRule="auto"/>
              <w:ind w:left="56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Устный опрос; 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Самооценка с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использованием«Оценочного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листа»;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тестирование;</w:t>
            </w:r>
          </w:p>
        </w:tc>
        <w:tc>
          <w:tcPr>
            <w:tcW w:w="861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0" w:lineRule="auto"/>
              <w:ind w:left="54" w:right="41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/7441130?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resh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edu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subject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lesson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/6069/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start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/273228/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/7545272?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/9743783?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</w:p>
        </w:tc>
      </w:tr>
      <w:tr w:rsidR="00D018B6" w:rsidRPr="0075327E">
        <w:trPr>
          <w:trHeight w:hRule="exact" w:val="842"/>
        </w:trPr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1.2.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0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Число, большее или меньшее данного числа на  заданное число разрядных единиц, в заданное число раз.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3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2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Моделирование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многозначных чисел,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характеристика классов и разрядов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многозначного числа;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2" w:lineRule="auto"/>
              <w:ind w:left="56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Самооценка с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использованием«Оценочного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листа»;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устный опрос;</w:t>
            </w:r>
          </w:p>
        </w:tc>
        <w:tc>
          <w:tcPr>
            <w:tcW w:w="861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47" w:lineRule="auto"/>
              <w:ind w:left="54" w:right="41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/9242505?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resh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edu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subject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lesson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/5232/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start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/214210/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/9743783?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</w:p>
        </w:tc>
      </w:tr>
      <w:tr w:rsidR="00D018B6">
        <w:trPr>
          <w:trHeight w:hRule="exact" w:val="1274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1.3.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45" w:lineRule="auto"/>
              <w:ind w:left="54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Свойства многозначного числа.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4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30" w:lineRule="auto"/>
              <w:jc w:val="center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Работа в парах/группах.</w:t>
            </w:r>
          </w:p>
          <w:p w:rsidR="00D018B6" w:rsidRPr="0075327E" w:rsidRDefault="001A19BD">
            <w:pPr>
              <w:autoSpaceDE w:val="0"/>
              <w:autoSpaceDN w:val="0"/>
              <w:spacing w:before="16" w:after="0" w:line="245" w:lineRule="auto"/>
              <w:ind w:left="54" w:right="14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Упорядочение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многозначных чисел.</w:t>
            </w:r>
          </w:p>
          <w:p w:rsidR="00D018B6" w:rsidRPr="0075327E" w:rsidRDefault="001A19BD">
            <w:pPr>
              <w:autoSpaceDE w:val="0"/>
              <w:autoSpaceDN w:val="0"/>
              <w:spacing w:before="14" w:after="0" w:line="252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Классификация чисел по одному-двум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основаниям. Запись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общего свойства группы чисел;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Устный опрос; Контрольная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работа;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0" w:lineRule="auto"/>
              <w:ind w:left="54" w:right="4292"/>
              <w:jc w:val="both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https://uchebnik.mos.ru/material_view/atomic_objects/9242505?menuReferrer=catalogue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https://uchebnik.mos.ru/material_view/atomic_objects/9743772?menuReferrer=catalogue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https://uchebnik.mos.ru/material_view/atomic_objects/7470356?menuReferrer=catalogue</w:t>
            </w:r>
          </w:p>
        </w:tc>
      </w:tr>
      <w:tr w:rsidR="00D018B6" w:rsidRPr="0075327E">
        <w:trPr>
          <w:trHeight w:hRule="exact" w:val="2000"/>
        </w:trPr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1.4.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45" w:lineRule="auto"/>
              <w:ind w:left="54" w:right="14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Дополнение числа до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заданного круглого числа.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0" w:lineRule="auto"/>
              <w:ind w:left="54" w:right="14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Учебный диалог: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формулирование 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проверка истинности утверждения о числе.</w:t>
            </w:r>
          </w:p>
          <w:p w:rsidR="00D018B6" w:rsidRPr="0075327E" w:rsidRDefault="001A19BD">
            <w:pPr>
              <w:autoSpaceDE w:val="0"/>
              <w:autoSpaceDN w:val="0"/>
              <w:spacing w:before="16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Запись числа,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обладающего заданным свойством. Называние и объяснение свойств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числа: чётное/нечётное, круглое, трёх- (четырёх-, пяти-, шести-) значное; ведение математических записей;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2" w:lineRule="auto"/>
              <w:ind w:left="56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Устный опрос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; Самооценка с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использованием«Оценочного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листа»;</w:t>
            </w:r>
          </w:p>
        </w:tc>
        <w:tc>
          <w:tcPr>
            <w:tcW w:w="861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30" w:lineRule="auto"/>
              <w:ind w:left="5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/8950531?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</w:p>
        </w:tc>
      </w:tr>
      <w:tr w:rsidR="00D018B6">
        <w:trPr>
          <w:trHeight w:hRule="exact" w:val="264"/>
        </w:trPr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Итого по разделу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12</w:t>
            </w:r>
          </w:p>
        </w:tc>
        <w:tc>
          <w:tcPr>
            <w:tcW w:w="13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</w:tr>
      <w:tr w:rsidR="00D018B6">
        <w:trPr>
          <w:trHeight w:hRule="exact" w:val="262"/>
        </w:trPr>
        <w:tc>
          <w:tcPr>
            <w:tcW w:w="1562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6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 xml:space="preserve"> Арифметические действия</w:t>
            </w:r>
          </w:p>
        </w:tc>
      </w:tr>
      <w:tr w:rsidR="00D018B6" w:rsidRPr="0075327E">
        <w:trPr>
          <w:trHeight w:hRule="exact" w:val="2512"/>
        </w:trPr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2.1.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0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Письменное сложение,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вычитание многозначных чисел в </w:t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пределах миллиона.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6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Упражнения: устные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вычисления в пределах ста и случаях, сводимых к вычислениям в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пределах ста;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Алгоритмы письменных вычислений;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Комментирование хода выполнения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арифметического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действия по алгоритму, нахождения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неизвестного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компонента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арифметического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действия;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4" w:lineRule="auto"/>
              <w:ind w:left="56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Устный опрос; Письменный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контроль;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Контрольная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работа;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Практическая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работа;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Самооценка с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использованием«Оценочного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листа»;</w:t>
            </w:r>
          </w:p>
        </w:tc>
        <w:tc>
          <w:tcPr>
            <w:tcW w:w="861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0" w:lineRule="auto"/>
              <w:ind w:left="54" w:right="4292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/7669443?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/9238305?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/7633628?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</w:p>
        </w:tc>
      </w:tr>
    </w:tbl>
    <w:p w:rsidR="00D018B6" w:rsidRPr="0075327E" w:rsidRDefault="00D018B6">
      <w:pPr>
        <w:autoSpaceDE w:val="0"/>
        <w:autoSpaceDN w:val="0"/>
        <w:spacing w:after="0" w:line="14" w:lineRule="exact"/>
        <w:rPr>
          <w:lang w:val="ru-RU"/>
        </w:rPr>
      </w:pPr>
    </w:p>
    <w:p w:rsidR="00D018B6" w:rsidRPr="0075327E" w:rsidRDefault="00D018B6">
      <w:pPr>
        <w:rPr>
          <w:lang w:val="ru-RU"/>
        </w:rPr>
        <w:sectPr w:rsidR="00D018B6" w:rsidRPr="0075327E">
          <w:pgSz w:w="16840" w:h="11900"/>
          <w:pgMar w:top="284" w:right="544" w:bottom="422" w:left="642" w:header="720" w:footer="720" w:gutter="0"/>
          <w:cols w:space="720" w:equalWidth="0">
            <w:col w:w="15653" w:space="0"/>
          </w:cols>
          <w:docGrid w:linePitch="360"/>
        </w:sectPr>
      </w:pPr>
    </w:p>
    <w:p w:rsidR="00D018B6" w:rsidRPr="0075327E" w:rsidRDefault="00D018B6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296"/>
        <w:gridCol w:w="1692"/>
        <w:gridCol w:w="400"/>
        <w:gridCol w:w="832"/>
        <w:gridCol w:w="858"/>
        <w:gridCol w:w="606"/>
        <w:gridCol w:w="1394"/>
        <w:gridCol w:w="932"/>
        <w:gridCol w:w="8612"/>
      </w:tblGrid>
      <w:tr w:rsidR="00D018B6" w:rsidRPr="0075327E">
        <w:trPr>
          <w:trHeight w:hRule="exact" w:val="3012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2.2.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2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Письменное умножение,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деление многозначных чисел на однозначное/ двузначное число; деление с остатком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(запись уголком) в пределах 100 000.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20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3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Алгоритмы письменных вычислений;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Комментирование хода выполнения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арифметического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действия по алгоритму, 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нахождения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неизвестного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компонента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арифметического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действия;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Учебный диалог: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обсуждение допустимого результата выполнения действия на основе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зависимости между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компонентами 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результатом действия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(сложения, вычитания, умножения, деления);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2" w:lineRule="auto"/>
              <w:ind w:left="56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Устный опрос; Контрольная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работа;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Практическая работа;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4" w:lineRule="auto"/>
              <w:ind w:left="54" w:right="4292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/7573290?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/7575769?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/7575797?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/7573290?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/8581009?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/7573373?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/7455119?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/7575818?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/7573391?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/7654048?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/8369355?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</w:p>
        </w:tc>
      </w:tr>
      <w:tr w:rsidR="00D018B6" w:rsidRPr="0075327E">
        <w:trPr>
          <w:trHeight w:hRule="exact" w:val="1278"/>
        </w:trPr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2.3.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45" w:lineRule="auto"/>
              <w:ind w:left="54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Умножение/деление на 10, 100, 1000.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2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Практические работы: выполнение сложения и вычитания по алгоритму в пределах 100 000;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выполнение умножения и деления.;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4" w:lineRule="auto"/>
              <w:ind w:left="56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Устный опрос; Практическая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работа;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Тестирование;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Самооценка с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использованием«Оценочн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ого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листа»;</w:t>
            </w:r>
          </w:p>
        </w:tc>
        <w:tc>
          <w:tcPr>
            <w:tcW w:w="861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30" w:lineRule="auto"/>
              <w:ind w:left="5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/7441249?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</w:p>
        </w:tc>
      </w:tr>
      <w:tr w:rsidR="00D018B6" w:rsidRPr="0075327E">
        <w:trPr>
          <w:trHeight w:hRule="exact" w:val="1944"/>
        </w:trPr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2.4.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47" w:lineRule="auto"/>
              <w:ind w:left="54" w:right="14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Свойства арифметических действий и их применение для вычислений.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4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4" w:lineRule="auto"/>
              <w:ind w:left="54" w:right="14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Поиск значения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числового выражения, содержащего 3—4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действия (со скобками, 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без скобок);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Наблюдение: примеры рациональных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вычислений.</w:t>
            </w:r>
          </w:p>
          <w:p w:rsidR="00D018B6" w:rsidRPr="0075327E" w:rsidRDefault="001A19BD">
            <w:pPr>
              <w:autoSpaceDE w:val="0"/>
              <w:autoSpaceDN w:val="0"/>
              <w:spacing w:before="16" w:after="0" w:line="250" w:lineRule="auto"/>
              <w:ind w:left="54" w:right="14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Использование свойств арифметических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действий для удобства вычислений;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4" w:lineRule="auto"/>
              <w:ind w:left="56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Устный опрос; Контрольная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работа;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Практическая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работа;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Самооценка с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использованием«Оценочного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листа»;</w:t>
            </w:r>
          </w:p>
        </w:tc>
        <w:tc>
          <w:tcPr>
            <w:tcW w:w="861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2" w:lineRule="auto"/>
              <w:ind w:left="54" w:right="4292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/7573064?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/7724999?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/7573237?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/8369316?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/7861269?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/7573002?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</w:p>
        </w:tc>
      </w:tr>
      <w:tr w:rsidR="00D018B6" w:rsidRPr="0075327E">
        <w:trPr>
          <w:trHeight w:hRule="exact" w:val="2414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2.5.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0" w:lineRule="auto"/>
              <w:ind w:left="54" w:right="14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Поиск значения числового выражения, содержащего несколько действий в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пределах 100 000.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4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Применение приёмов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устных вычислений,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основанных на знании свойств арифметических действий и состава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числа;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Проверка правильности нахождения значения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ч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ислового выражения (с опорой на правила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установления порядка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действий, алгоритмы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выполнения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арифметических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действий, прикидку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результата);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2" w:lineRule="auto"/>
              <w:ind w:left="56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Устный опрос; Контрольная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работа;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Практическая работа;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30" w:lineRule="auto"/>
              <w:ind w:left="5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440844?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</w:p>
        </w:tc>
      </w:tr>
    </w:tbl>
    <w:p w:rsidR="00D018B6" w:rsidRPr="0075327E" w:rsidRDefault="00D018B6">
      <w:pPr>
        <w:autoSpaceDE w:val="0"/>
        <w:autoSpaceDN w:val="0"/>
        <w:spacing w:after="0" w:line="14" w:lineRule="exact"/>
        <w:rPr>
          <w:lang w:val="ru-RU"/>
        </w:rPr>
      </w:pPr>
    </w:p>
    <w:p w:rsidR="00D018B6" w:rsidRPr="0075327E" w:rsidRDefault="00D018B6">
      <w:pPr>
        <w:rPr>
          <w:lang w:val="ru-RU"/>
        </w:rPr>
        <w:sectPr w:rsidR="00D018B6" w:rsidRPr="0075327E">
          <w:pgSz w:w="16840" w:h="11900"/>
          <w:pgMar w:top="284" w:right="544" w:bottom="1328" w:left="642" w:header="720" w:footer="720" w:gutter="0"/>
          <w:cols w:space="720" w:equalWidth="0">
            <w:col w:w="15653" w:space="0"/>
          </w:cols>
          <w:docGrid w:linePitch="360"/>
        </w:sectPr>
      </w:pPr>
    </w:p>
    <w:p w:rsidR="00D018B6" w:rsidRPr="0075327E" w:rsidRDefault="00D018B6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296"/>
        <w:gridCol w:w="1692"/>
        <w:gridCol w:w="400"/>
        <w:gridCol w:w="832"/>
        <w:gridCol w:w="858"/>
        <w:gridCol w:w="606"/>
        <w:gridCol w:w="1394"/>
        <w:gridCol w:w="932"/>
        <w:gridCol w:w="8612"/>
      </w:tblGrid>
      <w:tr w:rsidR="00D018B6">
        <w:trPr>
          <w:trHeight w:hRule="exact" w:val="3574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2.6.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47" w:lineRule="auto"/>
              <w:ind w:left="54" w:right="14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Проверка результата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вычислений, в  том числе с помощью калькулятора.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47" w:lineRule="auto"/>
              <w:ind w:left="54" w:right="14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Наблюдение: примеры рациональных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вычислений.</w:t>
            </w:r>
          </w:p>
          <w:p w:rsidR="00D018B6" w:rsidRPr="0075327E" w:rsidRDefault="001A19BD">
            <w:pPr>
              <w:autoSpaceDE w:val="0"/>
              <w:autoSpaceDN w:val="0"/>
              <w:spacing w:before="16" w:after="0" w:line="252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Использование свойств арифметических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действий для удобства вычислений;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Работа в парах/группах.</w:t>
            </w:r>
          </w:p>
          <w:p w:rsidR="00D018B6" w:rsidRPr="0075327E" w:rsidRDefault="001A19BD">
            <w:pPr>
              <w:autoSpaceDE w:val="0"/>
              <w:autoSpaceDN w:val="0"/>
              <w:spacing w:before="16" w:after="0" w:line="250" w:lineRule="auto"/>
              <w:ind w:left="54" w:right="288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Применение разных способов проверки правильности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вычислений.</w:t>
            </w:r>
          </w:p>
          <w:p w:rsidR="00D018B6" w:rsidRPr="0075327E" w:rsidRDefault="001A19BD">
            <w:pPr>
              <w:autoSpaceDE w:val="0"/>
              <w:autoSpaceDN w:val="0"/>
              <w:spacing w:before="14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Использование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калькулятора для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практических расчётов; Прикидка и оценка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результатов вычисления (реальность ответа,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прикидка, последняя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цифра результата,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обратное действие,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использование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калькулятора);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47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Устный опрос; Практическая работа;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45" w:lineRule="auto"/>
              <w:ind w:right="4176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https://uchebnik.mos.ru/material_view/atomic_objects/8813465?menuReferrer=catalogue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tps://uchebnik.mos.ru/material_view/atomic_objects/7575818?menuReferrer=catalogue</w:t>
            </w:r>
          </w:p>
        </w:tc>
      </w:tr>
      <w:tr w:rsidR="00D018B6" w:rsidRPr="0075327E">
        <w:trPr>
          <w:trHeight w:hRule="exact" w:val="2578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2.7.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2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Равенство, содержащее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неизвестный компонент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арифметического действия: запись, нахождение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неизвестного компонента.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8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Задания на проведение контроля 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самоконтроля;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Проверка правильности нахождения значения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числового выражения (с опорой на правила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установления порядка действий, алгоритмы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выполнения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арифметических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действий, прикидку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результата);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Использование букв для обозначения чисел,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неизвестн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ого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компонента действия;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2" w:lineRule="auto"/>
              <w:ind w:left="56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Устный опрос; Контрольная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работа;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Практическая работа;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0" w:lineRule="auto"/>
              <w:ind w:left="54" w:right="41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/10440643?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/10401270?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/7454994?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/7444280?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</w:p>
        </w:tc>
      </w:tr>
      <w:tr w:rsidR="00D018B6">
        <w:trPr>
          <w:trHeight w:hRule="exact" w:val="842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2.8.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0" w:lineRule="auto"/>
              <w:ind w:left="54" w:right="14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Умножение и деление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величины на однозначное число.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5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4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5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5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2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Проверка хода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(соответствие алгоритму, частные случаи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выполнения действий) и результата действия;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45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Устный опрос; Диктант;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5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https://www.youtube.com/watch?v=8shCq7ywov4</w:t>
            </w:r>
          </w:p>
        </w:tc>
      </w:tr>
      <w:tr w:rsidR="00D018B6">
        <w:trPr>
          <w:trHeight w:hRule="exact" w:val="262"/>
        </w:trPr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Итого по разделу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53</w:t>
            </w:r>
          </w:p>
        </w:tc>
        <w:tc>
          <w:tcPr>
            <w:tcW w:w="13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</w:tr>
      <w:tr w:rsidR="00D018B6">
        <w:trPr>
          <w:trHeight w:hRule="exact" w:val="262"/>
        </w:trPr>
        <w:tc>
          <w:tcPr>
            <w:tcW w:w="15622" w:type="dxa"/>
            <w:gridSpan w:val="9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Раздел 3.</w:t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 xml:space="preserve"> Величины</w:t>
            </w:r>
          </w:p>
        </w:tc>
      </w:tr>
      <w:tr w:rsidR="00D018B6">
        <w:trPr>
          <w:trHeight w:hRule="exact" w:val="3138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3.1.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0" w:lineRule="auto"/>
              <w:ind w:left="54" w:right="14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Величины: сравнение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объектов по массе, длине, площади, </w:t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вместимости.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5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5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5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Обсуждение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практических ситуаций. Распознавание величин, характеризующих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процесс движения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(скорость, время,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расстояние), работы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(производительность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труда, время работы,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объём работ).</w:t>
            </w:r>
          </w:p>
          <w:p w:rsidR="00D018B6" w:rsidRPr="0075327E" w:rsidRDefault="001A19BD">
            <w:pPr>
              <w:autoSpaceDE w:val="0"/>
              <w:autoSpaceDN w:val="0"/>
              <w:spacing w:before="14" w:after="0" w:line="250" w:lineRule="auto"/>
              <w:ind w:left="54" w:right="288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Установление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зависимостей между величинами.</w:t>
            </w:r>
          </w:p>
          <w:p w:rsidR="00D018B6" w:rsidRPr="0075327E" w:rsidRDefault="001A19BD">
            <w:pPr>
              <w:autoSpaceDE w:val="0"/>
              <w:autoSpaceDN w:val="0"/>
              <w:spacing w:before="14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Упорядочение по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скорости, времени,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массе;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Практические работы: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сравнение величин 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выполнение действий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(увеличение/уменьшение на/в) с величинами;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Устный опрос; Практическая работа;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5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https://uchebnik.mos.ru/material_view/atomic_objects/8369251?menuReferrer=catalogue</w:t>
            </w:r>
          </w:p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6840" w:h="11900"/>
          <w:pgMar w:top="284" w:right="544" w:bottom="322" w:left="642" w:header="720" w:footer="720" w:gutter="0"/>
          <w:cols w:space="720" w:equalWidth="0">
            <w:col w:w="15653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296"/>
        <w:gridCol w:w="1692"/>
        <w:gridCol w:w="400"/>
        <w:gridCol w:w="832"/>
        <w:gridCol w:w="858"/>
        <w:gridCol w:w="606"/>
        <w:gridCol w:w="1394"/>
        <w:gridCol w:w="932"/>
        <w:gridCol w:w="8612"/>
      </w:tblGrid>
      <w:tr w:rsidR="00D018B6" w:rsidRPr="0075327E">
        <w:trPr>
          <w:trHeight w:hRule="exact" w:val="2678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3.2.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47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Единицы массы — центнер, тонна; соотношения между единицами массы.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30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Комментирование.</w:t>
            </w:r>
          </w:p>
          <w:p w:rsidR="00D018B6" w:rsidRPr="0075327E" w:rsidRDefault="001A19BD">
            <w:pPr>
              <w:autoSpaceDE w:val="0"/>
              <w:autoSpaceDN w:val="0"/>
              <w:spacing w:before="14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Представление значения величины в разных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единицах, пошаговый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переход от более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крупных единиц к более мелким;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Дифференцированное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задание: оформление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математической записи: запись в виде равенства (неравенства) результата разностного, 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кратного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сравнения величин,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увеличения/уменьшения значения величины в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несколько раз;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0" w:lineRule="auto"/>
              <w:ind w:left="56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Устный опрос; Практическая работа;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Диктант;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47" w:lineRule="auto"/>
              <w:ind w:left="54" w:right="4292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/9354719?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/9242515?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/7633603?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</w:p>
        </w:tc>
      </w:tr>
      <w:tr w:rsidR="00D018B6">
        <w:trPr>
          <w:trHeight w:hRule="exact" w:val="4000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3.3.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2" w:lineRule="auto"/>
              <w:ind w:left="54" w:right="144"/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Единицы времени (сутки, неделя, месяц, год, век), соотношение между ними. </w:t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Календарь.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5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5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5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Обсуждение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практических ситуаций. Распознавание величин, характеризующих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процесс движения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(скорость, время,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расстояние), работы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(производительность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труда, время работы,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объём работ).</w:t>
            </w:r>
          </w:p>
          <w:p w:rsidR="00D018B6" w:rsidRPr="0075327E" w:rsidRDefault="001A19BD">
            <w:pPr>
              <w:autoSpaceDE w:val="0"/>
              <w:autoSpaceDN w:val="0"/>
              <w:spacing w:before="14" w:after="0" w:line="250" w:lineRule="auto"/>
              <w:ind w:left="54" w:right="288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Установление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зависимостей между величинами.</w:t>
            </w:r>
          </w:p>
          <w:p w:rsidR="00D018B6" w:rsidRPr="0075327E" w:rsidRDefault="001A19BD">
            <w:pPr>
              <w:autoSpaceDE w:val="0"/>
              <w:autoSpaceDN w:val="0"/>
              <w:spacing w:before="14" w:after="0" w:line="254" w:lineRule="auto"/>
              <w:ind w:left="54" w:right="288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Упорядочение по скорости, времени, массе;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Моделирование: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составление схемы движения, работы; Комментирование.</w:t>
            </w:r>
          </w:p>
          <w:p w:rsidR="00D018B6" w:rsidRPr="0075327E" w:rsidRDefault="001A19BD">
            <w:pPr>
              <w:autoSpaceDE w:val="0"/>
              <w:autoSpaceDN w:val="0"/>
              <w:spacing w:before="14" w:after="0" w:line="252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Представление значения величины в разных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единицах, пошаговый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переход от более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крупных единиц к более мелким;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Устный опрос; Тестирование;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0" w:lineRule="auto"/>
              <w:ind w:left="54" w:right="4292"/>
              <w:jc w:val="both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https://uchebnik.mos.ru/material_view/atomic_objects/7443648?menuReferrer=catalogue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https://uchebnik.mos.ru/material_view/atomic_objects/7598642?menuReferrer=catalogue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https://uchebnik.mos.ru/material_view/atomic_objects/7444001?menuReferrer=catalogue</w:t>
            </w:r>
          </w:p>
        </w:tc>
      </w:tr>
      <w:tr w:rsidR="00D018B6">
        <w:trPr>
          <w:trHeight w:hRule="exact" w:val="2846"/>
        </w:trPr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3.4.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6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Единицы длины (миллиметр, сантиметр, дециметр, метр, километр), площади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(квадратный метр,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квадратный дециметр,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квадратный сантиметр),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вместимости (литр),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скорости (километры в  час, метры в  минуту, метры в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секунду); соотношение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между единицами</w:t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 в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пределах 100 000.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6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3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6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6" w:after="0" w:line="230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Комментирование.</w:t>
            </w:r>
          </w:p>
          <w:p w:rsidR="00D018B6" w:rsidRDefault="001A19BD">
            <w:pPr>
              <w:autoSpaceDE w:val="0"/>
              <w:autoSpaceDN w:val="0"/>
              <w:spacing w:before="14" w:after="0" w:line="254" w:lineRule="auto"/>
              <w:ind w:left="54"/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Представление значения величины в разных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единицах, пошаговый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переход от более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крупных единиц к более мелким;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Практические работы: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сравнение величин 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выполнение действий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(увеличение/уменьшение 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на/в) с величинами;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Выбор и использование соответствующей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ситуации единицы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измерения. 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Нахождение доли величины на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основе содержательного смысла;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6" w:after="0" w:line="25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Устный опрос; Практическая работа;</w:t>
            </w:r>
          </w:p>
        </w:tc>
        <w:tc>
          <w:tcPr>
            <w:tcW w:w="861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6" w:after="0" w:line="245" w:lineRule="auto"/>
              <w:ind w:right="4176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https://uchebnik.mos.ru/material_view/atomic_objects/7443505?menuReferre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r=catalogue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https://uchebnik.mos.ru/material_view/atomic_objects/7624833?menuReferrer=catalogue</w:t>
            </w:r>
          </w:p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6840" w:h="11900"/>
          <w:pgMar w:top="284" w:right="544" w:bottom="888" w:left="642" w:header="720" w:footer="720" w:gutter="0"/>
          <w:cols w:space="720" w:equalWidth="0">
            <w:col w:w="15653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296"/>
        <w:gridCol w:w="1692"/>
        <w:gridCol w:w="400"/>
        <w:gridCol w:w="832"/>
        <w:gridCol w:w="858"/>
        <w:gridCol w:w="606"/>
        <w:gridCol w:w="1394"/>
        <w:gridCol w:w="932"/>
        <w:gridCol w:w="8612"/>
      </w:tblGrid>
      <w:tr w:rsidR="00D018B6" w:rsidRPr="0075327E">
        <w:trPr>
          <w:trHeight w:hRule="exact" w:val="2580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3.5.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45" w:lineRule="auto"/>
              <w:ind w:left="54" w:right="14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Доля величины времени, массы, длины.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3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Выбор и использование соответствующей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ситуации единицы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измерения. Нахождение доли величины на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основе содержательного смысла;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Дифференцированное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задание: оформление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математической записи: запись в виде равенства (неравенства) результата 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разностного, кратного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сравнения величин,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увеличения/уменьшения значения величины в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несколько раз;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2" w:lineRule="auto"/>
              <w:ind w:left="56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Устный опрос; Самооценка с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использованием«Оценочного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листа»;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0" w:lineRule="auto"/>
              <w:ind w:left="54" w:right="4292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/9867889?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/9354719?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/7444001?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/7598634?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</w:p>
        </w:tc>
      </w:tr>
      <w:tr w:rsidR="00D018B6">
        <w:trPr>
          <w:trHeight w:hRule="exact" w:val="262"/>
        </w:trPr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Итого по разделу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12</w:t>
            </w:r>
          </w:p>
        </w:tc>
        <w:tc>
          <w:tcPr>
            <w:tcW w:w="13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</w:tr>
      <w:tr w:rsidR="00D018B6">
        <w:trPr>
          <w:trHeight w:hRule="exact" w:val="262"/>
        </w:trPr>
        <w:tc>
          <w:tcPr>
            <w:tcW w:w="15622" w:type="dxa"/>
            <w:gridSpan w:val="9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6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Раздел 4.</w:t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 xml:space="preserve"> Текстовые задачи</w:t>
            </w:r>
          </w:p>
        </w:tc>
      </w:tr>
      <w:tr w:rsidR="00D018B6">
        <w:trPr>
          <w:trHeight w:hRule="exact" w:val="2370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4.1.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2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Работа с текстовой задачей, решение которой содержит 2—3 действия: анализ,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представление на  модели; планирование и запись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решения; проверка решения и ответа.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4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Моделирование текста задачи;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Использование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геометрических,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графических образов в ходе решения задачи;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Обсуждение способа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решения задачи, формы записи решения,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реальности и логичности ответа на вопрос;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реальности и логичности ответа на вопрос;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Устный опрос; Тестирование;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tps://uchebnik.mos.ru/catalogue?</w:t>
            </w:r>
          </w:p>
          <w:p w:rsidR="00D018B6" w:rsidRDefault="001A19BD">
            <w:pPr>
              <w:autoSpaceDE w:val="0"/>
              <w:autoSpaceDN w:val="0"/>
              <w:spacing w:before="14" w:after="0" w:line="235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types=atomic_objects&amp;subject_ids=8&amp;logical_type_ids=54&amp;class_level_ids=4&amp;search=%D0%B7%D0%B0%D0%B4%D0%B0%D1%87%D0%B8</w:t>
            </w:r>
          </w:p>
        </w:tc>
      </w:tr>
      <w:tr w:rsidR="00D018B6">
        <w:trPr>
          <w:trHeight w:hRule="exact" w:val="2724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4.2.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Анализ зависимостей,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характеризующих процессы: движения (скорость, время, пройденный путь), работы </w:t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(производительность, время, объём работы), купли-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продажи (цена, количество, стоимость) и решение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соответствующих задач.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4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Моделирование текста задачи;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Использование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геометрических,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графических образов в ходе решения задачи;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Обсуждение способа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решения задачи, формы записи решения,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реальности и логичности ответа на вопрос;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Работа в парах/группах.</w:t>
            </w:r>
          </w:p>
          <w:p w:rsidR="00D018B6" w:rsidRPr="0075327E" w:rsidRDefault="001A19BD">
            <w:pPr>
              <w:autoSpaceDE w:val="0"/>
              <w:autoSpaceDN w:val="0"/>
              <w:spacing w:before="16" w:after="0" w:line="250" w:lineRule="auto"/>
              <w:ind w:left="54" w:right="14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Решение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арифметическим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способом задач в 2—3 действия.</w:t>
            </w:r>
          </w:p>
          <w:p w:rsidR="00D018B6" w:rsidRDefault="001A19BD">
            <w:pPr>
              <w:autoSpaceDE w:val="0"/>
              <w:autoSpaceDN w:val="0"/>
              <w:spacing w:before="14" w:after="0" w:line="245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Комментирование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этапов решения задачи;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45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Устный опрос; Диктант;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0" w:lineRule="auto"/>
              <w:ind w:left="54" w:right="4292"/>
              <w:jc w:val="both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https://uchebnik.mos.ru/material_view/atomic_objects/7572862?menuReferrer=catalogue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https://uchebnik.mos.ru/material_view/atomic_objects/7572884?menuReferrer=catalogue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https://uchebnik.mos.ru/material_view/atomic_objects/7670408?menuReferrer=catalogue</w:t>
            </w:r>
          </w:p>
        </w:tc>
      </w:tr>
      <w:tr w:rsidR="00D018B6" w:rsidRPr="0075327E">
        <w:trPr>
          <w:trHeight w:hRule="exact" w:val="2268"/>
        </w:trPr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4.3.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6" w:after="0" w:line="252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Задачи на установление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времени (начало,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продолжительность 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окончание события), расчёта количества, расхода,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изменения.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6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4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6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6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Моделирование текста задачи;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Выбор основания 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сравнение задач;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Оформление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математической записи: полная запись реше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ния текстовой задачи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(модель; решение по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действиям, по вопросам или с помощью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числового выражения; формулировка ответа); Разные записи решения одной и той же задачи;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6" w:after="0" w:line="250" w:lineRule="auto"/>
              <w:ind w:left="56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Устный опрос; Практическая работа;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Тестирование;</w:t>
            </w:r>
          </w:p>
        </w:tc>
        <w:tc>
          <w:tcPr>
            <w:tcW w:w="861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6" w:after="0" w:line="230" w:lineRule="auto"/>
              <w:ind w:left="5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/7443648?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</w:p>
        </w:tc>
      </w:tr>
    </w:tbl>
    <w:p w:rsidR="00D018B6" w:rsidRPr="0075327E" w:rsidRDefault="00D018B6">
      <w:pPr>
        <w:autoSpaceDE w:val="0"/>
        <w:autoSpaceDN w:val="0"/>
        <w:spacing w:after="0" w:line="14" w:lineRule="exact"/>
        <w:rPr>
          <w:lang w:val="ru-RU"/>
        </w:rPr>
      </w:pPr>
    </w:p>
    <w:p w:rsidR="00D018B6" w:rsidRPr="0075327E" w:rsidRDefault="00D018B6">
      <w:pPr>
        <w:rPr>
          <w:lang w:val="ru-RU"/>
        </w:rPr>
        <w:sectPr w:rsidR="00D018B6" w:rsidRPr="0075327E">
          <w:pgSz w:w="16840" w:h="11900"/>
          <w:pgMar w:top="284" w:right="544" w:bottom="418" w:left="642" w:header="720" w:footer="720" w:gutter="0"/>
          <w:cols w:space="720" w:equalWidth="0">
            <w:col w:w="15653" w:space="0"/>
          </w:cols>
          <w:docGrid w:linePitch="360"/>
        </w:sectPr>
      </w:pPr>
    </w:p>
    <w:p w:rsidR="00D018B6" w:rsidRPr="0075327E" w:rsidRDefault="00D018B6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296"/>
        <w:gridCol w:w="1692"/>
        <w:gridCol w:w="400"/>
        <w:gridCol w:w="832"/>
        <w:gridCol w:w="858"/>
        <w:gridCol w:w="606"/>
        <w:gridCol w:w="1394"/>
        <w:gridCol w:w="932"/>
        <w:gridCol w:w="8612"/>
      </w:tblGrid>
      <w:tr w:rsidR="00D018B6">
        <w:trPr>
          <w:trHeight w:hRule="exact" w:val="986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4.4.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47" w:lineRule="auto"/>
              <w:ind w:left="54" w:right="14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Задачи на нахождение доли величины, величины по её доле.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4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2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Выбор основания 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сравнение задач;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Практическая работа: нахождение доли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величины, величины по её доле;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47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Устный опрос; Контрольная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работа;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45" w:lineRule="auto"/>
              <w:ind w:right="4176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https://uchebnik.mos.ru/material_view/atomic_objects/7454765?menuReferrer=catalogue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https://uchebnik.mos.ru/material_view/atomic_objects/7444352?menuReferrer=catalogue</w:t>
            </w:r>
          </w:p>
        </w:tc>
      </w:tr>
      <w:tr w:rsidR="00D018B6">
        <w:trPr>
          <w:trHeight w:hRule="exact" w:val="2434"/>
        </w:trPr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4.5.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47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Разные способы решения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некоторых видов изученных задач.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3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54" w:lineRule="auto"/>
              <w:ind w:left="54"/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Моделирование текста задачи;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Обсуждение способа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решения задачи, формы записи решения,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реальности и логичности ответа на вопрос;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Оформление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математической записи: полная запись решения текстовой задачи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(модель; решение по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действиям, по вопросам или с помощью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числового выражения;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формулировка ответа);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45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Устный опрос; Диктант;</w:t>
            </w:r>
          </w:p>
        </w:tc>
        <w:tc>
          <w:tcPr>
            <w:tcW w:w="861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50" w:lineRule="auto"/>
              <w:ind w:left="54" w:right="4292"/>
              <w:jc w:val="both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https://uche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bnik.mos.ru/material_view/atomic_objects/7572943?menuReferrer=catalogue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https://uchebnik.mos.ru/material_view/atomic_objects/8956587?menuReferrer=catalogue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https://uchebnik.mos.ru/material_view/atomic_objects/8740442?menuReferrer=catalogue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https://ucheb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nik.mos.ru/material_view/atomic_objects/8738460?menuReferrer=catalogue</w:t>
            </w:r>
          </w:p>
        </w:tc>
      </w:tr>
      <w:tr w:rsidR="00D018B6">
        <w:trPr>
          <w:trHeight w:hRule="exact" w:val="2724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4.6.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2" w:lineRule="auto"/>
              <w:ind w:left="54"/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Оформление решения по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действиям с пояснением, по вопросам, с помощью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числового выражения.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30" w:lineRule="auto"/>
              <w:jc w:val="center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Работа в парах/группах.</w:t>
            </w:r>
          </w:p>
          <w:p w:rsidR="00D018B6" w:rsidRPr="0075327E" w:rsidRDefault="001A19BD">
            <w:pPr>
              <w:autoSpaceDE w:val="0"/>
              <w:autoSpaceDN w:val="0"/>
              <w:spacing w:before="16" w:after="0" w:line="250" w:lineRule="auto"/>
              <w:ind w:left="54" w:right="14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Решение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арифметическим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способом задач в 2—3 действия.</w:t>
            </w:r>
          </w:p>
          <w:p w:rsidR="00D018B6" w:rsidRPr="0075327E" w:rsidRDefault="001A19BD">
            <w:pPr>
              <w:autoSpaceDE w:val="0"/>
              <w:autoSpaceDN w:val="0"/>
              <w:spacing w:before="14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Комментирование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этапов решения задачи; Оформление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математической записи: полная запись решения текстовой задачи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(модель; решение по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действиям, по вопросам или с помощью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числового выражения; формулировка ответа); Разные записи решения одной и той же за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дачи;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2" w:lineRule="auto"/>
              <w:ind w:left="56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Устный опрос; Самооценка с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использованием«Оценочного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листа»;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30" w:lineRule="auto"/>
              <w:ind w:left="5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?</w:t>
            </w:r>
          </w:p>
          <w:p w:rsidR="00D018B6" w:rsidRDefault="001A19BD">
            <w:pPr>
              <w:autoSpaceDE w:val="0"/>
              <w:autoSpaceDN w:val="0"/>
              <w:spacing w:before="16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types=atomic_objects&amp;subject_ids=8&amp;logical_type_ids=54&amp;class_level_ids=4&amp;search=%D0%B7%D0%B0%D0%B4%D0%B0%D1%87%D0%B8</w:t>
            </w:r>
          </w:p>
        </w:tc>
      </w:tr>
      <w:tr w:rsidR="00D018B6">
        <w:trPr>
          <w:trHeight w:hRule="exact" w:val="262"/>
        </w:trPr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Итого по разделу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21</w:t>
            </w:r>
          </w:p>
        </w:tc>
        <w:tc>
          <w:tcPr>
            <w:tcW w:w="13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</w:tr>
      <w:tr w:rsidR="00D018B6" w:rsidRPr="0075327E">
        <w:trPr>
          <w:trHeight w:hRule="exact" w:val="262"/>
        </w:trPr>
        <w:tc>
          <w:tcPr>
            <w:tcW w:w="15622" w:type="dxa"/>
            <w:gridSpan w:val="9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30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Раздел 5.</w:t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 Пространственные отношения и  геометрические фигуры</w:t>
            </w:r>
          </w:p>
        </w:tc>
      </w:tr>
      <w:tr w:rsidR="00D018B6">
        <w:trPr>
          <w:trHeight w:hRule="exact" w:val="1130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5.1.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0" w:lineRule="auto"/>
              <w:ind w:left="54"/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Наглядные представления о симметрии. Ось симметрии фигуры. </w:t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Фигуры, имеющие ось симметрии.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4" w:lineRule="auto"/>
              <w:ind w:left="54" w:right="144"/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Конструирование,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изображение фигур,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имеющих ось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симметрии; построение окружности заданного 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радиуса с помощью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циркуля;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Устный опрос; Тестирование;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45" w:lineRule="auto"/>
              <w:ind w:left="54" w:right="417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https://uchebnik.mos.ru/material_view/atomic_objects/10296783?menuReferrer=catalogue https://uchebnik.mos.ru/material_view/atomic_objects/2517489?menuReferrer=catalogue</w:t>
            </w:r>
          </w:p>
        </w:tc>
      </w:tr>
      <w:tr w:rsidR="00D018B6">
        <w:trPr>
          <w:trHeight w:hRule="exact" w:val="1672"/>
        </w:trPr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5.2.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2" w:lineRule="auto"/>
              <w:ind w:left="54" w:right="14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Окружность, круг: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распознавание 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изображение; построение окружности заданного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радиуса.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3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4" w:lineRule="auto"/>
              <w:ind w:left="54"/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Конструирование,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изображение фигур,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имеющих ось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симметрии; построение окружности заданного радиуса с помощью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циркуля;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Изображение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геометрических фигур с заданными свойства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ми;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Устный опрос; Практическая работа;</w:t>
            </w:r>
          </w:p>
        </w:tc>
        <w:tc>
          <w:tcPr>
            <w:tcW w:w="861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0" w:lineRule="auto"/>
              <w:ind w:left="54" w:right="4292"/>
              <w:jc w:val="both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https://uchebnik.mos.ru/material_view/atomic_objects/6891139?menuReferrer=catalogue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https://uchebnik.mos.ru/material_view/atomic_objects/3095830?menuReferrer=catalogue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https://uchebnik.mos.ru/material_view/atomic_objects/7282978?menuReferrer=catalogue</w:t>
            </w:r>
          </w:p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6840" w:h="11900"/>
          <w:pgMar w:top="284" w:right="544" w:bottom="916" w:left="642" w:header="720" w:footer="720" w:gutter="0"/>
          <w:cols w:space="720" w:equalWidth="0">
            <w:col w:w="15653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296"/>
        <w:gridCol w:w="1692"/>
        <w:gridCol w:w="400"/>
        <w:gridCol w:w="832"/>
        <w:gridCol w:w="858"/>
        <w:gridCol w:w="606"/>
        <w:gridCol w:w="1394"/>
        <w:gridCol w:w="932"/>
        <w:gridCol w:w="8612"/>
      </w:tblGrid>
      <w:tr w:rsidR="00D018B6" w:rsidRPr="0075327E">
        <w:trPr>
          <w:trHeight w:hRule="exact" w:val="2290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5.3.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0" w:lineRule="auto"/>
              <w:ind w:left="54" w:right="288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Построение изученных геометрических фигур с помощью линейки,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угольника, циркуля.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4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Исследование объектов окружающего мира: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сопоставление их с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изученными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геометрическими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формами;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Изображение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геометрических фигур с заданными свойствами; Комментирование хода и результата поиска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информации о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геометрических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фигурах и их моделях в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окружающем;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2" w:lineRule="auto"/>
              <w:ind w:left="56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Устный опрос; Контрольная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работа;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Практическая работа;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47" w:lineRule="auto"/>
              <w:ind w:left="54" w:right="4292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/8962223?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/7282978?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/6891139?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</w:p>
        </w:tc>
      </w:tr>
      <w:tr w:rsidR="00D018B6" w:rsidRPr="0075327E">
        <w:trPr>
          <w:trHeight w:hRule="exact" w:val="3158"/>
        </w:trPr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5.4.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2" w:lineRule="auto"/>
              <w:ind w:left="54" w:right="14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Пространственные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геометрические фигуры (тела): шар, куб, цилиндр, </w:t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конус, пирамида; их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различение, называние.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7" w:lineRule="auto"/>
              <w:ind w:left="54"/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Исследование объектов окружающего мира: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сопоставление их с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изученными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геометрическими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формами;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Конструирование,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изображение фигур,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имеющих ось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симметрии; построение окружности заданного радиуса с п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омощью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циркуля;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Изображение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геометрических фигур с заданными свойствами; Упражнения на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классификацию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геометрических фигур по одному-двум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основаниям;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0" w:lineRule="auto"/>
              <w:ind w:left="56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Устный опрос; Практическая работа;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Диктант;</w:t>
            </w:r>
          </w:p>
        </w:tc>
        <w:tc>
          <w:tcPr>
            <w:tcW w:w="861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2" w:lineRule="auto"/>
              <w:ind w:left="54" w:right="41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/8369399?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/8369428?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resh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edu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subject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lesson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/4623/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start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/218458/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resh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edu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subject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les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son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/4129/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start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/218551/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resh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edu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subject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lesson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/4141/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start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/218799/</w:t>
            </w:r>
          </w:p>
        </w:tc>
      </w:tr>
      <w:tr w:rsidR="00D018B6" w:rsidRPr="0075327E">
        <w:trPr>
          <w:trHeight w:hRule="exact" w:val="2142"/>
        </w:trPr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5.5.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6" w:after="0" w:line="252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Конструирование: разбиение фигуры на прямоугольники (квадраты), составление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фигур из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прямоугольников/квадратов.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6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3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6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6" w:after="0" w:line="254" w:lineRule="auto"/>
              <w:ind w:left="54"/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Изображение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геометрических фигур с 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заданными свойствами; Упражнения на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классификацию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геометрических фигур по одному-двум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основаниям;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Определение размеров в окружающем и на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чертеже на глаз и с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помощью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измерительных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приборов;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6" w:after="0" w:line="250" w:lineRule="auto"/>
              <w:ind w:left="56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Устный опрос; Практическая работа;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Диктант;</w:t>
            </w:r>
          </w:p>
        </w:tc>
        <w:tc>
          <w:tcPr>
            <w:tcW w:w="861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6" w:after="0" w:line="245" w:lineRule="auto"/>
              <w:ind w:right="4176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/9693472?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/6835594?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</w:p>
        </w:tc>
      </w:tr>
      <w:tr w:rsidR="00D018B6" w:rsidRPr="0075327E">
        <w:trPr>
          <w:trHeight w:hRule="exact" w:val="2308"/>
        </w:trPr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5.6.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0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Периметр, площадь фигуры, составленной из  двух-трёх прямоугольников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(квадратов)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3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Комментирование хода и результата поиска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информации о площади и способах её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нахождения;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Практические работы: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нахождение площади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фигуры, составленной из прямоугольников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(квадратов), сравнение однородных величин,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использование свойств 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прямоугольника 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квадрата для решения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задач;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2" w:lineRule="auto"/>
              <w:ind w:left="56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Устный опрос; Контрольная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работа;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Практическая работа;</w:t>
            </w:r>
          </w:p>
        </w:tc>
        <w:tc>
          <w:tcPr>
            <w:tcW w:w="861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47" w:lineRule="auto"/>
              <w:ind w:left="54" w:right="4292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/7443550?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/6501473?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 </w:t>
            </w:r>
            <w:r w:rsidRPr="0075327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uchebnik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mos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ru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material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view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atomic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objects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/5906341?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menuReferrer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catalogue</w:t>
            </w:r>
          </w:p>
        </w:tc>
      </w:tr>
      <w:tr w:rsidR="00D018B6">
        <w:trPr>
          <w:trHeight w:hRule="exact" w:val="262"/>
        </w:trPr>
        <w:tc>
          <w:tcPr>
            <w:tcW w:w="1988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Итого по разделу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20</w:t>
            </w:r>
          </w:p>
        </w:tc>
        <w:tc>
          <w:tcPr>
            <w:tcW w:w="13234" w:type="dxa"/>
            <w:gridSpan w:val="6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</w:tr>
      <w:tr w:rsidR="00D018B6">
        <w:trPr>
          <w:trHeight w:hRule="exact" w:val="242"/>
        </w:trPr>
        <w:tc>
          <w:tcPr>
            <w:tcW w:w="15622" w:type="dxa"/>
            <w:gridSpan w:val="9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Раздел 6.</w:t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 xml:space="preserve"> Математическая информация</w:t>
            </w:r>
          </w:p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6840" w:h="11900"/>
          <w:pgMar w:top="284" w:right="544" w:bottom="450" w:left="642" w:header="720" w:footer="720" w:gutter="0"/>
          <w:cols w:space="720" w:equalWidth="0">
            <w:col w:w="15653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296"/>
        <w:gridCol w:w="1692"/>
        <w:gridCol w:w="400"/>
        <w:gridCol w:w="832"/>
        <w:gridCol w:w="858"/>
        <w:gridCol w:w="606"/>
        <w:gridCol w:w="1394"/>
        <w:gridCol w:w="932"/>
        <w:gridCol w:w="8612"/>
      </w:tblGrid>
      <w:tr w:rsidR="00D018B6">
        <w:trPr>
          <w:trHeight w:hRule="exact" w:val="2290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6.1.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52" w:lineRule="auto"/>
              <w:ind w:left="54"/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Работа с утверждениями: конструирование, проверка истинности; составление и проверка логических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рассуждений при решении задач. </w:t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 xml:space="preserve">Примеры и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контрпримеры.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4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60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Формулирование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вопросов для поиска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числовых характеристик, математических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отношений 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зависимостей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(последовательность и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продолжительность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событий, положение в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пространстве, формы и размеры);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Работа в группах: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обсуждение ситу</w:t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аций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использования примеров и контрпримеров;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47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Устный опрос; Контрольная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работа;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47" w:lineRule="auto"/>
              <w:ind w:left="54" w:right="504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https://uchebnik.mos.ru/material/app/346057?menuReferrer=catalogue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https://www.youtube.com/watch?v=J8IXU7DDr_E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https://www.youtube.com/watch?v=BKo9tL4zSYM</w:t>
            </w:r>
          </w:p>
        </w:tc>
      </w:tr>
      <w:tr w:rsidR="00D018B6">
        <w:trPr>
          <w:trHeight w:hRule="exact" w:val="1854"/>
        </w:trPr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6.2.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2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Данные о реальных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процессах и явлениях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окружающего мира,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представленные на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 xml:space="preserve">столбчатых диаграммах,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  <w:lang w:val="ru-RU"/>
              </w:rPr>
              <w:t>схемах, в  таблицах, текстах.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3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Pr="0075327E" w:rsidRDefault="001A19BD">
            <w:pPr>
              <w:autoSpaceDE w:val="0"/>
              <w:autoSpaceDN w:val="0"/>
              <w:spacing w:before="58" w:after="0" w:line="254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Работа с информацией: чтение, представление, формулирование вывода относительно данных, представленных в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табличной форме (на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диаграмме, схеме,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другой модели);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Работа в парах/группах.</w:t>
            </w:r>
          </w:p>
          <w:p w:rsidR="00D018B6" w:rsidRPr="0075327E" w:rsidRDefault="001A19BD">
            <w:pPr>
              <w:autoSpaceDE w:val="0"/>
              <w:autoSpaceDN w:val="0"/>
              <w:spacing w:before="14" w:after="0" w:line="250" w:lineRule="auto"/>
              <w:ind w:left="54"/>
              <w:rPr>
                <w:lang w:val="ru-RU"/>
              </w:rPr>
            </w:pP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 xml:space="preserve">Решение расчётных, </w:t>
            </w:r>
            <w:r w:rsidRPr="0075327E">
              <w:rPr>
                <w:lang w:val="ru-RU"/>
              </w:rPr>
              <w:br/>
            </w:r>
            <w:r w:rsidRPr="0075327E">
              <w:rPr>
                <w:rFonts w:ascii="Times New Roman" w:eastAsia="Times New Roman" w:hAnsi="Times New Roman"/>
                <w:color w:val="000000"/>
                <w:w w:val="98"/>
                <w:sz w:val="12"/>
                <w:lang w:val="ru-RU"/>
              </w:rPr>
              <w:t>простых комбинаторных и логических задач;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Устный опрос; Практическая работа;</w:t>
            </w:r>
          </w:p>
        </w:tc>
        <w:tc>
          <w:tcPr>
            <w:tcW w:w="861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0" w:lineRule="auto"/>
              <w:ind w:left="54" w:right="4292"/>
              <w:jc w:val="both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https://uchebnik.mos.ru/material_view/atomic_objects/9354635?menuReferrer=cata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logue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https://uchebnik.mos.ru/material_view/atomic_objects/7441037?menuReferrer=catalogue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https://uchebnik.mos.ru/material_view/atomic_objects/6263344?menuReferrer=catalogue</w:t>
            </w:r>
          </w:p>
        </w:tc>
      </w:tr>
      <w:tr w:rsidR="00D018B6">
        <w:trPr>
          <w:trHeight w:hRule="exact" w:val="2732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6.3.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0" w:lineRule="auto"/>
              <w:ind w:left="54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 xml:space="preserve">Сбор математических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 xml:space="preserve">данных о  заданном объекте (числе, величине,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геометрической фигуре).</w:t>
            </w:r>
          </w:p>
          <w:p w:rsidR="00D018B6" w:rsidRDefault="001A19BD">
            <w:pPr>
              <w:autoSpaceDE w:val="0"/>
              <w:autoSpaceDN w:val="0"/>
              <w:spacing w:before="16" w:after="0" w:line="250" w:lineRule="auto"/>
              <w:ind w:left="54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 xml:space="preserve">Поиск информации в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справочной литературе, сети Интернет.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3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4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Планирование сбора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данных о заданном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объекте (числе,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величине,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геометрической фигуре); Дифференцированное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задание: оформление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математической записи.</w:t>
            </w:r>
          </w:p>
          <w:p w:rsidR="00D018B6" w:rsidRDefault="001A19BD">
            <w:pPr>
              <w:autoSpaceDE w:val="0"/>
              <w:autoSpaceDN w:val="0"/>
              <w:spacing w:before="14" w:after="0" w:line="252" w:lineRule="auto"/>
              <w:ind w:left="54" w:right="28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Представление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информации в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предложенной или самостоятельно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выбранной форме.</w:t>
            </w:r>
          </w:p>
          <w:p w:rsidR="00D018B6" w:rsidRDefault="001A19BD">
            <w:pPr>
              <w:autoSpaceDE w:val="0"/>
              <w:autoSpaceDN w:val="0"/>
              <w:spacing w:before="14" w:after="0" w:line="252" w:lineRule="auto"/>
              <w:ind w:left="54" w:right="14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Установление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истинности заданных и самостоятельно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составленных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утверждений;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2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листа»;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https://uchebnik.mos.ru/material_view/atomic_objects/7292870?menuReferrer=catalogue</w:t>
            </w:r>
          </w:p>
        </w:tc>
      </w:tr>
      <w:tr w:rsidR="00D018B6">
        <w:trPr>
          <w:trHeight w:hRule="exact" w:val="1276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6.4.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0" w:lineRule="auto"/>
              <w:ind w:left="54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 xml:space="preserve">Запись информации в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предложенной таблице, на столбчатой диаграмме.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3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4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Работа с информацией: чтение, представление, формулирование вывода относительно данных, 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представленных в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табличной форме (на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диаграмме, схеме,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другой модели);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Устный опрос; Контрольная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работа;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https://uchebnik.mos.ru/material_view/atomic_objects/9839801?menuReferrer=catalogue</w:t>
            </w:r>
          </w:p>
        </w:tc>
      </w:tr>
      <w:tr w:rsidR="00D018B6">
        <w:trPr>
          <w:trHeight w:hRule="exact" w:val="1544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6.5.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2" w:lineRule="auto"/>
              <w:ind w:left="54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 xml:space="preserve">Доступные 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 xml:space="preserve">средства обучения, пособия, </w:t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 xml:space="preserve">их использование под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 xml:space="preserve">руководством педагога и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самостоятельно.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4" w:lineRule="auto"/>
              <w:ind w:left="54" w:right="28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Применение правил безопасной работы с электронными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источниками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информации;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Пропедевтика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исследовательской работы: решение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комбинаторных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логических задач;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45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Устный опрос; Диктант;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45" w:lineRule="auto"/>
              <w:ind w:left="54" w:right="388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https://www.yaklass.ru/p/matematika#program-4-klass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https://education.yandex.ru/lab/classes/691349/library/mathematics/tab/timeline/lesson/63378155</w:t>
            </w:r>
          </w:p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6840" w:h="11900"/>
          <w:pgMar w:top="284" w:right="544" w:bottom="802" w:left="642" w:header="720" w:footer="720" w:gutter="0"/>
          <w:cols w:space="720" w:equalWidth="0">
            <w:col w:w="15653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296"/>
        <w:gridCol w:w="1692"/>
        <w:gridCol w:w="400"/>
        <w:gridCol w:w="832"/>
        <w:gridCol w:w="858"/>
        <w:gridCol w:w="606"/>
        <w:gridCol w:w="1394"/>
        <w:gridCol w:w="932"/>
        <w:gridCol w:w="8612"/>
      </w:tblGrid>
      <w:tr w:rsidR="00D018B6">
        <w:trPr>
          <w:trHeight w:hRule="exact" w:val="1566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6.6.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47" w:lineRule="auto"/>
              <w:ind w:left="54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 xml:space="preserve">Правила безопасной работы с  электронными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источниками информации.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54" w:lineRule="auto"/>
              <w:ind w:left="54" w:right="28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Применение правил безопасной работы с электронными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источниками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информации;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Пропедевтика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исследовательской работы: решение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комбинаторных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логических задач;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Устный опрос;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60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https://lbz.ru/metodist/authors/ib/2-4.php</w:t>
            </w:r>
          </w:p>
        </w:tc>
      </w:tr>
      <w:tr w:rsidR="00D018B6">
        <w:trPr>
          <w:trHeight w:hRule="exact" w:val="1854"/>
        </w:trPr>
        <w:tc>
          <w:tcPr>
            <w:tcW w:w="29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6.7.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0" w:lineRule="auto"/>
              <w:ind w:left="54" w:right="286"/>
              <w:jc w:val="both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12"/>
              </w:rPr>
              <w:t>Алгоритмы для решения учебных и практических задач.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60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54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Работа в группах: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обсуждение ситуаций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использования примеров и контрпримеров;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Практические работы: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учебные задачи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точными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приближёнными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данными, доступными электронными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 xml:space="preserve">средствами обучения,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пособиями;</w:t>
            </w:r>
          </w:p>
        </w:tc>
        <w:tc>
          <w:tcPr>
            <w:tcW w:w="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Устный опрос;</w:t>
            </w:r>
          </w:p>
        </w:tc>
        <w:tc>
          <w:tcPr>
            <w:tcW w:w="8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https://uchebnik.mos.ru/catalogue?</w:t>
            </w:r>
          </w:p>
          <w:p w:rsidR="00D018B6" w:rsidRDefault="001A19BD">
            <w:pPr>
              <w:autoSpaceDE w:val="0"/>
              <w:autoSpaceDN w:val="0"/>
              <w:spacing w:before="14" w:after="0" w:line="23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types=atomic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_objects&amp;subject_ids=8&amp;logical_type_ids=54&amp;class_level_ids=4&amp;search=%D0%90%D0%BB%D0%B3%D0%BE%D1%80%D0%B8%D1%82%D0%BC%D1%8B</w:t>
            </w:r>
          </w:p>
        </w:tc>
      </w:tr>
      <w:tr w:rsidR="00D018B6">
        <w:trPr>
          <w:trHeight w:hRule="exact" w:val="262"/>
        </w:trPr>
        <w:tc>
          <w:tcPr>
            <w:tcW w:w="1988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Итого по разделу:</w:t>
            </w:r>
          </w:p>
        </w:tc>
        <w:tc>
          <w:tcPr>
            <w:tcW w:w="40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18</w:t>
            </w:r>
          </w:p>
        </w:tc>
        <w:tc>
          <w:tcPr>
            <w:tcW w:w="13234" w:type="dxa"/>
            <w:gridSpan w:val="6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</w:tr>
      <w:tr w:rsidR="00D018B6">
        <w:trPr>
          <w:trHeight w:hRule="exact" w:val="262"/>
        </w:trPr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Резервное время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0</w:t>
            </w:r>
          </w:p>
        </w:tc>
        <w:tc>
          <w:tcPr>
            <w:tcW w:w="13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</w:tr>
      <w:tr w:rsidR="00D018B6">
        <w:trPr>
          <w:trHeight w:hRule="exact" w:val="388"/>
        </w:trPr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45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ОБЩЕЕ КОЛИЧЕСТВО ЧАСОВ ПО ПРОГРАММЕ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136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6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58" w:after="0" w:line="230" w:lineRule="auto"/>
              <w:ind w:left="5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12"/>
              </w:rPr>
              <w:t>21</w:t>
            </w:r>
          </w:p>
        </w:tc>
        <w:tc>
          <w:tcPr>
            <w:tcW w:w="11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6840" w:h="11900"/>
          <w:pgMar w:top="284" w:right="544" w:bottom="1440" w:left="642" w:header="720" w:footer="720" w:gutter="0"/>
          <w:cols w:space="720" w:equalWidth="0">
            <w:col w:w="15653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78" w:line="220" w:lineRule="exact"/>
      </w:pPr>
    </w:p>
    <w:p w:rsidR="00D018B6" w:rsidRDefault="001A19BD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70"/>
        <w:gridCol w:w="732"/>
        <w:gridCol w:w="1620"/>
        <w:gridCol w:w="1668"/>
        <w:gridCol w:w="1164"/>
        <w:gridCol w:w="1922"/>
      </w:tblGrid>
      <w:tr w:rsidR="00D018B6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D018B6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8B6" w:rsidRDefault="00D018B6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8B6" w:rsidRDefault="00D018B6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практические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8B6" w:rsidRDefault="00D018B6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8B6" w:rsidRDefault="00D018B6"/>
        </w:tc>
      </w:tr>
      <w:tr w:rsidR="00D018B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Счёт сотнями.</w:t>
            </w:r>
          </w:p>
          <w:p w:rsidR="00D018B6" w:rsidRDefault="001A19BD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Многозначное число. </w:t>
            </w:r>
          </w:p>
          <w:p w:rsidR="00D018B6" w:rsidRDefault="001A19BD">
            <w:pPr>
              <w:autoSpaceDE w:val="0"/>
              <w:autoSpaceDN w:val="0"/>
              <w:spacing w:before="70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Классы и разряды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многозначного числа.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Названия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последовательность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многозначных чисел в пределах класса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миллиардов. Десятичная система записи чисел.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Римская система записи чисел. Примеры записи римскими цифрами дат и других чисел, записанных арабскими цифрами.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Классы и разряды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многозначного числа в пределах миллиарда.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Диктант;</w:t>
            </w:r>
          </w:p>
        </w:tc>
      </w:tr>
      <w:tr w:rsidR="00D018B6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Способ чтения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многозначного числа.</w:t>
            </w:r>
          </w:p>
          <w:p w:rsidR="00D018B6" w:rsidRDefault="001A19BD">
            <w:pPr>
              <w:autoSpaceDE w:val="0"/>
              <w:autoSpaceDN w:val="0"/>
              <w:spacing w:before="70" w:after="0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Представление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многозначного числа в виде суммы разрядных слагаемых.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Запись многозначных чисел цифрами.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D018B6">
        <w:trPr>
          <w:trHeight w:hRule="exact" w:val="18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 над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ошибкми.Сравнение многозначных чисел, запись результатов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сравнения.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1900" w:h="16840"/>
          <w:pgMar w:top="298" w:right="650" w:bottom="4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70"/>
        <w:gridCol w:w="732"/>
        <w:gridCol w:w="1620"/>
        <w:gridCol w:w="1668"/>
        <w:gridCol w:w="1164"/>
        <w:gridCol w:w="1922"/>
      </w:tblGrid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Сравнение многозначных чисел. Решение примеров.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Сравнение многозначных чисел. Cамостоятельная работа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по теме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«Нумерация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многозначных чисел».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D018B6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Сложение многозначных чисел. Устные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письменные приемы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сложения многозначных чисел.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Сложение многозначных чисел в пределах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миллиарда. Письменные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алгоритмы сложения.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D018B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Сложение многозначных чисел в пределах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миллиарда. Письменные алгоритмы сложения.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Диктант;</w:t>
            </w:r>
          </w:p>
        </w:tc>
      </w:tr>
      <w:tr w:rsidR="00D018B6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Вычитание многозначных чисел. Устные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письменные приемы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вычитания многозначных чисел. Устные алгоритмы вычитания.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8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Вычитание многозначных чисел в пределах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миллиарда. Письменные алгоритмы вычитания.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D018B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Вычитание многозначных чисел в пределах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миллиарда. Письменные алгоритмы вычитания.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21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Письменные алгоритмы вычитания.</w:t>
            </w:r>
          </w:p>
          <w:p w:rsidR="00D018B6" w:rsidRDefault="001A19BD">
            <w:pPr>
              <w:autoSpaceDE w:val="0"/>
              <w:autoSpaceDN w:val="0"/>
              <w:spacing w:before="7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Самостоятельная работа по теме «Сложение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вычитание многозначных чисел».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1900" w:h="16840"/>
          <w:pgMar w:top="284" w:right="650" w:bottom="3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70"/>
        <w:gridCol w:w="732"/>
        <w:gridCol w:w="1620"/>
        <w:gridCol w:w="1668"/>
        <w:gridCol w:w="1164"/>
        <w:gridCol w:w="1922"/>
      </w:tblGrid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Построение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многоугольников.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Построение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многоугольников.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Скорость равномерного прямолинейного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движения.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Единицы скорости: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километр в час, метр в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минуту, метр в секунду и др. Обозначения: км/ч, м/мин, м/с.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Диктант;</w:t>
            </w:r>
          </w:p>
        </w:tc>
      </w:tr>
      <w:tr w:rsidR="00D018B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Вычисление скорости по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данным пути и времени движения.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Задачи на движение.</w:t>
            </w:r>
          </w:p>
          <w:p w:rsidR="00D018B6" w:rsidRDefault="001A19BD">
            <w:pPr>
              <w:autoSpaceDE w:val="0"/>
              <w:autoSpaceDN w:val="0"/>
              <w:spacing w:before="7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Вычисление скорости по формуле v = S: t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Задачи на движение.</w:t>
            </w:r>
          </w:p>
          <w:p w:rsidR="00D018B6" w:rsidRDefault="001A19BD">
            <w:pPr>
              <w:autoSpaceDE w:val="0"/>
              <w:autoSpaceDN w:val="0"/>
              <w:spacing w:before="7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Вычисление расстояния по формуле S = v · t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Задачи на движение.</w:t>
            </w:r>
          </w:p>
          <w:p w:rsidR="00D018B6" w:rsidRDefault="001A19BD">
            <w:pPr>
              <w:autoSpaceDE w:val="0"/>
              <w:autoSpaceDN w:val="0"/>
              <w:spacing w:before="7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Вычисление времени по формуле t = S : v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Задачи на движение.</w:t>
            </w:r>
          </w:p>
          <w:p w:rsidR="00D018B6" w:rsidRDefault="001A19BD">
            <w:pPr>
              <w:autoSpaceDE w:val="0"/>
              <w:autoSpaceDN w:val="0"/>
              <w:spacing w:before="72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Вычисление времени по формуле t = S : v.</w:t>
            </w:r>
          </w:p>
          <w:p w:rsidR="00D018B6" w:rsidRDefault="001A19BD">
            <w:pPr>
              <w:autoSpaceDE w:val="0"/>
              <w:autoSpaceDN w:val="0"/>
              <w:spacing w:before="72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Самостоятельная работа по теме «Задачи на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движение».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Координатный угол: оси координат, координаты точки.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D018B6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Построение точки с указанными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координатами.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1900" w:h="16840"/>
          <w:pgMar w:top="284" w:right="650" w:bottom="8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70"/>
        <w:gridCol w:w="732"/>
        <w:gridCol w:w="1620"/>
        <w:gridCol w:w="1668"/>
        <w:gridCol w:w="1164"/>
        <w:gridCol w:w="1922"/>
      </w:tblGrid>
      <w:tr w:rsidR="00D018B6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Построение точки с указанными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координатами.</w:t>
            </w:r>
          </w:p>
          <w:p w:rsidR="00D018B6" w:rsidRDefault="001A19BD">
            <w:pPr>
              <w:autoSpaceDE w:val="0"/>
              <w:autoSpaceDN w:val="0"/>
              <w:spacing w:before="70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Самостоятельная работа по теме «Координатный угол».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над ошибками. Графики. Диаграммы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4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Построение простейших графиков, столбчатых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диаграмм.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4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Итоговая контрольная работа за 1 четверть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 над ошибками. Переместительное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свойство сложения.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Переместительное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свойство умножения.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Сочетательные свойства сложения.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Сочетательные свойства умножения.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План и масштаб.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D018B6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План и масштаб.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D018B6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Геометрические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пространственные формы в окружающем мире.</w:t>
            </w:r>
          </w:p>
          <w:p w:rsidR="00D018B6" w:rsidRDefault="001A19BD">
            <w:pPr>
              <w:autoSpaceDE w:val="0"/>
              <w:autoSpaceDN w:val="0"/>
              <w:spacing w:before="70" w:after="0" w:line="271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Многогранник и его элементы: вершины, рёбра, грани.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D018B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Изображение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многогранников на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чертежах, обозначение их буквами.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1900" w:h="16840"/>
          <w:pgMar w:top="284" w:right="650" w:bottom="30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70"/>
        <w:gridCol w:w="732"/>
        <w:gridCol w:w="1620"/>
        <w:gridCol w:w="1668"/>
        <w:gridCol w:w="1164"/>
        <w:gridCol w:w="1922"/>
      </w:tblGrid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Распределительные свойства умножения.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Распределительные свойства умножения.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Распределительные свойства умножения.</w:t>
            </w:r>
          </w:p>
          <w:p w:rsidR="00D018B6" w:rsidRDefault="001A19BD">
            <w:pPr>
              <w:autoSpaceDE w:val="0"/>
              <w:autoSpaceDN w:val="0"/>
              <w:spacing w:before="7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Самостоятельная работа по теме «Свойства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арифметических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действий».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D018B6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Умножение на 1000, 10000, …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Умножение на 1000, 10000, …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Диктант;</w:t>
            </w:r>
          </w:p>
        </w:tc>
      </w:tr>
      <w:tr w:rsidR="00D018B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Прямоугольный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параллелепипед. Куб как прямоугольный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параллелепипед.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D018B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работа. Склеивание моделей многогранников по их разверткам.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Единицы массы: тонна и центнер.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Соотношения между единицами массы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Самостоятельная работа;</w:t>
            </w:r>
          </w:p>
        </w:tc>
      </w:tr>
      <w:tr w:rsidR="00D018B6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3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Задачи на разные виды движения двух тел: в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противоположных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направлениях. Понятие о скорости сближения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(удаления).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8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Задачи на движение в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противоположных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направлениях (из одного или из двух пунктов) и их решение.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1900" w:h="16840"/>
          <w:pgMar w:top="284" w:right="650" w:bottom="105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70"/>
        <w:gridCol w:w="732"/>
        <w:gridCol w:w="1620"/>
        <w:gridCol w:w="1668"/>
        <w:gridCol w:w="1164"/>
        <w:gridCol w:w="1922"/>
      </w:tblGrid>
      <w:tr w:rsidR="00D018B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Задачи на движение в противоположных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направлениях.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использованием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Пирамида.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Пирамида.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018B6">
        <w:trPr>
          <w:trHeight w:hRule="exact" w:val="1838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Задачи на разные виды движения двух тел: в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противоположных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направлениях, встречное движение.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Задачи на разные виды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движения двух тел: в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противоположных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направлениях и встречное движение, из одного или из двух пунктов – и их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решение.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Диктант;</w:t>
            </w:r>
          </w:p>
        </w:tc>
      </w:tr>
      <w:tr w:rsidR="00D018B6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Задачи на разные виды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движения двух тел: в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противоположных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направлениях и встречное движение, из одного или из двух пунктов – и их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решение.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Задачи на разные виды движения двух тел.</w:t>
            </w:r>
          </w:p>
          <w:p w:rsidR="00D018B6" w:rsidRDefault="001A19BD">
            <w:pPr>
              <w:autoSpaceDE w:val="0"/>
              <w:autoSpaceDN w:val="0"/>
              <w:spacing w:before="7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Самостоятельная работа«Задачи на движение в противоположных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направлениях».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Умножение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многозначного числа на однозначное.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Умножение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многозначного числа на однозначное.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1900" w:h="16840"/>
          <w:pgMar w:top="284" w:right="650" w:bottom="5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70"/>
        <w:gridCol w:w="732"/>
        <w:gridCol w:w="1620"/>
        <w:gridCol w:w="1668"/>
        <w:gridCol w:w="1164"/>
        <w:gridCol w:w="1922"/>
      </w:tblGrid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Итоговая контрольная работа за 2  четверть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D018B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над ошибками.</w:t>
            </w:r>
          </w:p>
          <w:p w:rsidR="00D018B6" w:rsidRDefault="001A19BD">
            <w:pPr>
              <w:autoSpaceDE w:val="0"/>
              <w:autoSpaceDN w:val="0"/>
              <w:spacing w:before="70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Умножение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многозначного числа на однозначное.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Умножение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многозначного числа на однозначное.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Умножение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многозначного числа на двузначное.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опрос;</w:t>
            </w:r>
          </w:p>
        </w:tc>
      </w:tr>
      <w:tr w:rsidR="00D018B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Письменные алгоритмы умножения многозначных чисел на двузначное.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Письменные алгоритмы умножения многозначных чисел на двузначное.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Диктант;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Письменные алгоритмы умножения многозначных чисел на двузначное.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Письменные алгоритмы умножения многозначных чисел на двузначное.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Самостоятельная работа;</w:t>
            </w:r>
          </w:p>
        </w:tc>
      </w:tr>
      <w:tr w:rsidR="00D018B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69.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Умножение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многозначного числа на трехзначное.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70.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Письменные алгоритмы умножения многозначных чисел на трехзначное.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71.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Письменные алгоритмы умножения многозначных чисел на трехзначное.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1900" w:h="16840"/>
          <w:pgMar w:top="284" w:right="650" w:bottom="122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70"/>
        <w:gridCol w:w="732"/>
        <w:gridCol w:w="1620"/>
        <w:gridCol w:w="1668"/>
        <w:gridCol w:w="1164"/>
        <w:gridCol w:w="1922"/>
      </w:tblGrid>
      <w:tr w:rsidR="00D018B6">
        <w:trPr>
          <w:trHeight w:hRule="exact" w:val="28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72.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6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Способы проверки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правильности результатов вычислений (с помощью обратного действия,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оценка дост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оверности,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прикидка результата,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помощью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микрокалькулятора).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73.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Умножение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многозначного числа на трехзначное.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Самостоятельная работа;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74.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Умножение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многозначного числа на трехзначное.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75.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Контрольная работа  по теме «Письменные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приемы умножения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чисел».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D018B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76.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 над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ошибками.Конус.</w:t>
            </w:r>
          </w:p>
          <w:p w:rsidR="00D018B6" w:rsidRDefault="001A19BD">
            <w:pPr>
              <w:autoSpaceDE w:val="0"/>
              <w:autoSpaceDN w:val="0"/>
              <w:spacing w:before="70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Вершина, основание и боковая поверхность конуса.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2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77.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работа.</w:t>
            </w:r>
          </w:p>
          <w:p w:rsidR="00D018B6" w:rsidRDefault="001A19BD">
            <w:pPr>
              <w:autoSpaceDE w:val="0"/>
              <w:autoSpaceDN w:val="0"/>
              <w:spacing w:before="70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Сопоставление фигур и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развёрток: выбор фигуры, имеющей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соответствующую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развёртку, проверка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правильности выбора.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78.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Задачи на разные виды движения двух тел в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одном направлении.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79.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Задачи на разные виды движения двух тел в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одном направлении (из одного или из двух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пунктов) и их решение.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D018B6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80.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Задачи на разные виды движения двух тел.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1900" w:h="16840"/>
          <w:pgMar w:top="284" w:right="650" w:bottom="70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70"/>
        <w:gridCol w:w="732"/>
        <w:gridCol w:w="1620"/>
        <w:gridCol w:w="1668"/>
        <w:gridCol w:w="1164"/>
        <w:gridCol w:w="1922"/>
      </w:tblGrid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81.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Задачи на разные виды движения двух тел.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Самостоятельная работа;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82.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Истинные и ложные высказывания.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83.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Высказывания со словами«неверно, что…»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84.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Истинные и ложные высказывания.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Диктант;</w:t>
            </w:r>
          </w:p>
        </w:tc>
      </w:tr>
      <w:tr w:rsidR="00D018B6">
        <w:trPr>
          <w:trHeight w:hRule="exact" w:val="494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85.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Составные высказывания.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86.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Составные высказывания, образованные из двух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простых высказываний с помощью логических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связок «и», «или» и их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истинность.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Самостоятельная работа;</w:t>
            </w:r>
          </w:p>
        </w:tc>
      </w:tr>
      <w:tr w:rsidR="00D018B6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87.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Составные высказывания, образованные из двух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простых высказываний с помощью ло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гических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связок «и», «или» и их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истинность.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88.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Составные высказывания, образованные из двух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простых высказываний с помощью логических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связок «и», «или» и их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истинность.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89.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Составные высказывания.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Самостоятельная работа по теме «Высказывания».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90.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Задачи на перебор вариантов.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91.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Решение  логических задач перебором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возможных вариантов.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92.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Решение  логических задач перебором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возможных вариантов.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1900" w:h="16840"/>
          <w:pgMar w:top="284" w:right="650" w:bottom="6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70"/>
        <w:gridCol w:w="732"/>
        <w:gridCol w:w="1620"/>
        <w:gridCol w:w="1668"/>
        <w:gridCol w:w="1164"/>
        <w:gridCol w:w="1922"/>
      </w:tblGrid>
      <w:tr w:rsidR="00D018B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93.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Деление суммы на число.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94.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Деление суммы на число.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Диктант;</w:t>
            </w:r>
          </w:p>
        </w:tc>
      </w:tr>
      <w:tr w:rsidR="00D018B6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95.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Деление на 1000, 10000,…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96.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Деление на 1000, 10000,…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97.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Деление на 1000, 10000,…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Самостоятельная работа;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98.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Масштабы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географических карт. Решение задач.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99.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Масштабы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географических карт. Решение задач.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018B6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100.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Цилиндр.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101.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Изображение цилиндра на плоскости.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102.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102. Итоговая контрольная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за 3 четверть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D018B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103.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71" w:lineRule="auto"/>
              <w:ind w:left="576" w:right="144" w:hanging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103. Работа над ошибками. Деление на однозначное число.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104.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Деление на однозначное число.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105.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Деление на однозначное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число.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106.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Деление на двузначное число.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107.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Письменные алгоритмы деления многозначных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чисел на двузначное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1900" w:h="16840"/>
          <w:pgMar w:top="284" w:right="650" w:bottom="40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70"/>
        <w:gridCol w:w="732"/>
        <w:gridCol w:w="1620"/>
        <w:gridCol w:w="1668"/>
        <w:gridCol w:w="1164"/>
        <w:gridCol w:w="1922"/>
      </w:tblGrid>
      <w:tr w:rsidR="00D018B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108.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156" w:right="288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Письменные алгоритмы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деления многозначных чисел на двузначное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109.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Письменные алгоритмы деления многозначных чисел на двузначное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число. Самостоятельная работа по теме «Деление на двузначное число».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110.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Деление на трехзначное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111.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Письменные алгоритмы деления многозначных чисел на трехзначное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D018B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112.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156" w:right="288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Письменные алгоритмы деления многозначных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чисел на трехзначное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113.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156" w:right="288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Письменные алгоритмы деления многозначных чисел на трехзначное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2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114.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3" w:lineRule="auto"/>
              <w:ind w:left="156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Письменные алгоритмы деления. Самостоятельная работа по теме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"Письменные алгоритмы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деления многозначных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чисел на трехзначное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число".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115.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Деление отрезка на 2, 4, 8 равных частей с помощью циркуля и линейки.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116.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156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Деление отрезка на 2, 4, 8 равных частей с помощью циркуля и линейки.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117.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Нахождение неизвестного числа в равенствах вида: х + 5 = 7, х ·  5 = 5, х – 5 = 7, х : 5 = 15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Диктант;</w:t>
            </w:r>
          </w:p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1900" w:h="16840"/>
          <w:pgMar w:top="284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70"/>
        <w:gridCol w:w="732"/>
        <w:gridCol w:w="1620"/>
        <w:gridCol w:w="1668"/>
        <w:gridCol w:w="1164"/>
        <w:gridCol w:w="1922"/>
      </w:tblGrid>
      <w:tr w:rsidR="00D018B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118.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156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Нахождение неизвестного числа в равенствах вида: х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+ 5 = 7, х ·  5 = 5, х – 5 = 7, х : 5 = 15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119.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156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Нахождение неизвестного числа в равенствах вида: х + 5 = 7, х ·  5 = 5, х – 5 = 7, х : 5 = 15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120.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8" w:lineRule="auto"/>
              <w:ind w:left="156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Нахождение неизвестного числа в равенствах вида: х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+ 5 = 7, х ·  5 = 5, х – 5 = 7, х : 5 = 15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Самостоятельная работа;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121.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Угол и его обозначение.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122.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Угол и его обозначение.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018B6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123.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Виды углов.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124.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Виды углов.</w:t>
            </w:r>
          </w:p>
          <w:p w:rsidR="00D018B6" w:rsidRDefault="001A19BD">
            <w:pPr>
              <w:autoSpaceDE w:val="0"/>
              <w:autoSpaceDN w:val="0"/>
              <w:spacing w:before="7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Самостоятельная работа по теме "Виды углов".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D018B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125.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Нахождение неизвестного числа в равенствах вида: 8 + х = 16, 8 ·  х = 16, 8 – х = 2, 8 : х = 2.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126.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Нахождение неизвестного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числа в равенствах вида: 8 + х = 16, 8 ·  х = 16, 8 – х = 2, 8 : х = 2.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50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127. 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6" w:after="0"/>
              <w:ind w:left="156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Нахождение неизвестного числа в равенствах вида: 8 + х = 16, 8 ·  х = 16, 8 – х = 2, 8 : х = 2.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128.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156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Самостоятельная работа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 теме "Нахождение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неизвестного числа в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равенствах вида: 8 + х = 16, 8 ·  х = 16, 8 – х = 2, 8 : х = 2".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D018B6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129.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129. Виды треугольников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1900" w:h="16840"/>
          <w:pgMar w:top="284" w:right="650" w:bottom="30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70"/>
        <w:gridCol w:w="732"/>
        <w:gridCol w:w="1620"/>
        <w:gridCol w:w="1668"/>
        <w:gridCol w:w="1164"/>
        <w:gridCol w:w="1922"/>
      </w:tblGrid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130.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Точное и приближенное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значение величины.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131.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Точное и приближенное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значение величины.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132.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132. Итоговая контрольная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за курс 4 класса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D018B6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133. 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576" w:right="432" w:hanging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133. Работа над ошибками. Построение отрезка, равного данному,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помощью циркуля и линейки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134.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576" w:right="576" w:hanging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134. Построение отрезка, равного данному, с помощью циркуля и линейки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018B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135.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Закрепление изученного материала по теме"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Решение задач на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движение".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018B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136.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Закрепление изученного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материала по теме"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Решение задач на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движение".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D018B6"/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D018B6">
        <w:trPr>
          <w:trHeight w:hRule="exact" w:val="808"/>
        </w:trPr>
        <w:tc>
          <w:tcPr>
            <w:tcW w:w="3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18B6" w:rsidRDefault="001A19B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</w:t>
            </w:r>
          </w:p>
        </w:tc>
      </w:tr>
    </w:tbl>
    <w:p w:rsidR="00D018B6" w:rsidRDefault="00D018B6">
      <w:pPr>
        <w:autoSpaceDE w:val="0"/>
        <w:autoSpaceDN w:val="0"/>
        <w:spacing w:after="0" w:line="14" w:lineRule="exact"/>
      </w:pPr>
    </w:p>
    <w:p w:rsidR="00D018B6" w:rsidRDefault="00D018B6">
      <w:pPr>
        <w:sectPr w:rsidR="00D018B6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78" w:line="220" w:lineRule="exact"/>
      </w:pPr>
    </w:p>
    <w:p w:rsidR="00D018B6" w:rsidRDefault="001A19BD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D018B6" w:rsidRDefault="001A19BD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</w:t>
      </w:r>
      <w:r>
        <w:rPr>
          <w:rFonts w:ascii="Times New Roman" w:eastAsia="Times New Roman" w:hAnsi="Times New Roman"/>
          <w:b/>
          <w:color w:val="000000"/>
          <w:sz w:val="24"/>
        </w:rPr>
        <w:t xml:space="preserve"> УЧЕБНЫЕ МАТЕРИАЛЫ ДЛЯ УЧЕНИКА</w:t>
      </w:r>
    </w:p>
    <w:p w:rsidR="00D018B6" w:rsidRDefault="001A19BD">
      <w:pPr>
        <w:autoSpaceDE w:val="0"/>
        <w:autoSpaceDN w:val="0"/>
        <w:spacing w:before="166" w:after="0"/>
        <w:ind w:right="288"/>
      </w:pPr>
      <w:r>
        <w:rPr>
          <w:rFonts w:ascii="Times New Roman" w:eastAsia="Times New Roman" w:hAnsi="Times New Roman"/>
          <w:color w:val="000000"/>
          <w:sz w:val="24"/>
        </w:rPr>
        <w:t xml:space="preserve">Математика (в 2 частях), 4 класс /Рудницкая В.Н., Юдачёва Т.В., Общество с ограниченной ответственностью «Издательский центр ВЕНТАНА-ГРАФ»; Акционерное общество «Издательство Просвещение»;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Введите свой вариант:</w:t>
      </w:r>
    </w:p>
    <w:p w:rsidR="00D018B6" w:rsidRDefault="001A19BD">
      <w:pPr>
        <w:autoSpaceDE w:val="0"/>
        <w:autoSpaceDN w:val="0"/>
        <w:spacing w:before="262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МЕТОДИЧЕСКИЕ </w:t>
      </w:r>
      <w:r>
        <w:rPr>
          <w:rFonts w:ascii="Times New Roman" w:eastAsia="Times New Roman" w:hAnsi="Times New Roman"/>
          <w:b/>
          <w:color w:val="000000"/>
          <w:sz w:val="24"/>
        </w:rPr>
        <w:t>МАТЕРИАЛЫ ДЛЯ УЧИТЕЛЯ</w:t>
      </w:r>
    </w:p>
    <w:p w:rsidR="00D018B6" w:rsidRDefault="001A19BD">
      <w:pPr>
        <w:autoSpaceDE w:val="0"/>
        <w:autoSpaceDN w:val="0"/>
        <w:spacing w:before="166" w:after="0" w:line="274" w:lineRule="auto"/>
        <w:ind w:right="720"/>
      </w:pPr>
      <w:r>
        <w:rPr>
          <w:rFonts w:ascii="Times New Roman" w:eastAsia="Times New Roman" w:hAnsi="Times New Roman"/>
          <w:color w:val="000000"/>
          <w:sz w:val="24"/>
        </w:rPr>
        <w:t xml:space="preserve">Математика. 4 класс. Методическое пособие.Рудницкая В.Н., Юдачева Т.В. ВЕНТАНА-ГРАФ, корпорация "Российский учебник"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Источник: https://rosuchebnik.ru/product/matematika-4-klass-metodicheskoe-posobie-596471/</w:t>
      </w:r>
    </w:p>
    <w:p w:rsidR="00D018B6" w:rsidRDefault="001A19BD">
      <w:pPr>
        <w:autoSpaceDE w:val="0"/>
        <w:autoSpaceDN w:val="0"/>
        <w:spacing w:before="262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ЦИФРОВЫЕ ОБРАЗОВАТЕЛЬНЫЕ Р</w:t>
      </w:r>
      <w:r>
        <w:rPr>
          <w:rFonts w:ascii="Times New Roman" w:eastAsia="Times New Roman" w:hAnsi="Times New Roman"/>
          <w:b/>
          <w:color w:val="000000"/>
          <w:sz w:val="24"/>
        </w:rPr>
        <w:t>ЕСУРСЫ И РЕСУРСЫ СЕТИ ИНТЕРНЕТ</w:t>
      </w:r>
    </w:p>
    <w:p w:rsidR="00D018B6" w:rsidRDefault="001A19BD">
      <w:pPr>
        <w:autoSpaceDE w:val="0"/>
        <w:autoSpaceDN w:val="0"/>
        <w:spacing w:before="166" w:after="0" w:line="262" w:lineRule="auto"/>
        <w:ind w:right="7200"/>
      </w:pPr>
      <w:r>
        <w:rPr>
          <w:rFonts w:ascii="Times New Roman" w:eastAsia="Times New Roman" w:hAnsi="Times New Roman"/>
          <w:color w:val="000000"/>
          <w:sz w:val="24"/>
        </w:rPr>
        <w:t xml:space="preserve">https://resh.edu.ru/subject/12/4/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https://uchebnik.mos.ru/catalogue?</w:t>
      </w:r>
    </w:p>
    <w:p w:rsidR="00D018B6" w:rsidRDefault="001A19BD">
      <w:pPr>
        <w:autoSpaceDE w:val="0"/>
        <w:autoSpaceDN w:val="0"/>
        <w:spacing w:before="70" w:after="0" w:line="271" w:lineRule="auto"/>
        <w:ind w:right="2880"/>
      </w:pPr>
      <w:r>
        <w:rPr>
          <w:rFonts w:ascii="Times New Roman" w:eastAsia="Times New Roman" w:hAnsi="Times New Roman"/>
          <w:color w:val="000000"/>
          <w:sz w:val="24"/>
        </w:rPr>
        <w:t xml:space="preserve">types=atomic_objects&amp;logical_type_ids=54&amp;class_level_ids=4&amp;subject_ids=8 https://interneturok.ru/subject/matematika/class/4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https://www.yaklass.ru/p/matematika#program-4-klass</w:t>
      </w:r>
    </w:p>
    <w:p w:rsidR="00D018B6" w:rsidRDefault="00D018B6">
      <w:pPr>
        <w:sectPr w:rsidR="00D018B6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018B6" w:rsidRDefault="00D018B6">
      <w:pPr>
        <w:autoSpaceDE w:val="0"/>
        <w:autoSpaceDN w:val="0"/>
        <w:spacing w:after="78" w:line="220" w:lineRule="exact"/>
      </w:pPr>
    </w:p>
    <w:p w:rsidR="00D018B6" w:rsidRDefault="001A19BD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МАТЕРИАЛЬНО-ТЕХ</w:t>
      </w:r>
      <w:r>
        <w:rPr>
          <w:rFonts w:ascii="Times New Roman" w:eastAsia="Times New Roman" w:hAnsi="Times New Roman"/>
          <w:b/>
          <w:color w:val="000000"/>
          <w:sz w:val="24"/>
        </w:rPr>
        <w:t>НИЧЕСКОЕ ОБЕСПЕЧЕНИЕ ОБРАЗОВАТЕЛЬНОГО ПРОЦЕССА</w:t>
      </w:r>
    </w:p>
    <w:p w:rsidR="00D018B6" w:rsidRDefault="001A19BD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УЧЕБНОЕ ОБОРУДОВАНИЕ</w:t>
      </w:r>
    </w:p>
    <w:p w:rsidR="00D018B6" w:rsidRDefault="001A19BD">
      <w:pPr>
        <w:autoSpaceDE w:val="0"/>
        <w:autoSpaceDN w:val="0"/>
        <w:spacing w:before="166" w:after="0" w:line="271" w:lineRule="auto"/>
        <w:ind w:right="5472"/>
      </w:pPr>
      <w:r>
        <w:rPr>
          <w:rFonts w:ascii="Times New Roman" w:eastAsia="Times New Roman" w:hAnsi="Times New Roman"/>
          <w:color w:val="000000"/>
          <w:sz w:val="24"/>
        </w:rPr>
        <w:t xml:space="preserve">Таблицы по математике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Проектор, экран, компьютер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CD диск «Электронное приложение к учебнику»</w:t>
      </w:r>
    </w:p>
    <w:p w:rsidR="00D018B6" w:rsidRDefault="001A19BD">
      <w:pPr>
        <w:autoSpaceDE w:val="0"/>
        <w:autoSpaceDN w:val="0"/>
        <w:spacing w:before="262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ОБОРУДОВАНИЕ ДЛЯ ПРОВЕДЕНИЯ ЛАБОРАТОРНЫХ И ПРАКТИЧЕСКИХ РАБОТ</w:t>
      </w:r>
    </w:p>
    <w:p w:rsidR="00D018B6" w:rsidRDefault="001A19BD">
      <w:pPr>
        <w:autoSpaceDE w:val="0"/>
        <w:autoSpaceDN w:val="0"/>
        <w:spacing w:before="166" w:after="0" w:line="262" w:lineRule="auto"/>
        <w:ind w:right="6048"/>
      </w:pPr>
      <w:r>
        <w:rPr>
          <w:rFonts w:ascii="Times New Roman" w:eastAsia="Times New Roman" w:hAnsi="Times New Roman"/>
          <w:color w:val="000000"/>
          <w:sz w:val="24"/>
        </w:rPr>
        <w:t>Комплект инструментов: линейка,</w:t>
      </w:r>
      <w:r>
        <w:rPr>
          <w:rFonts w:ascii="Times New Roman" w:eastAsia="Times New Roman" w:hAnsi="Times New Roman"/>
          <w:color w:val="000000"/>
          <w:sz w:val="24"/>
        </w:rPr>
        <w:t xml:space="preserve"> циркуль.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Калькулятор.</w:t>
      </w:r>
    </w:p>
    <w:p w:rsidR="00D018B6" w:rsidRDefault="001A19BD">
      <w:pPr>
        <w:autoSpaceDE w:val="0"/>
        <w:autoSpaceDN w:val="0"/>
        <w:spacing w:before="72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>Шар, куб, цилиндр, конус, пирамида.</w:t>
      </w:r>
    </w:p>
    <w:p w:rsidR="00D018B6" w:rsidRDefault="00D018B6">
      <w:pPr>
        <w:sectPr w:rsidR="00D018B6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19BD" w:rsidRDefault="001A19BD"/>
    <w:sectPr w:rsidR="001A19BD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A19BD"/>
    <w:rsid w:val="0029639D"/>
    <w:rsid w:val="00326F90"/>
    <w:rsid w:val="0075327E"/>
    <w:rsid w:val="00AA1D8D"/>
    <w:rsid w:val="00B47730"/>
    <w:rsid w:val="00CB0664"/>
    <w:rsid w:val="00D018B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5C5964"/>
  <w14:defaultImageDpi w14:val="300"/>
  <w15:docId w15:val="{459FBDE8-DB6B-439D-8613-A53CB6BC7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031B24-8B51-4060-994E-8974915A5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8914</Words>
  <Characters>50810</Characters>
  <Application>Microsoft Office Word</Application>
  <DocSecurity>0</DocSecurity>
  <Lines>423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59605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3</cp:revision>
  <dcterms:created xsi:type="dcterms:W3CDTF">2013-12-23T23:15:00Z</dcterms:created>
  <dcterms:modified xsi:type="dcterms:W3CDTF">2022-10-03T01:08:00Z</dcterms:modified>
  <cp:category/>
</cp:coreProperties>
</file>