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D74" w:rsidRDefault="00B10D74">
      <w:pPr>
        <w:autoSpaceDE w:val="0"/>
        <w:autoSpaceDN w:val="0"/>
        <w:spacing w:after="78" w:line="220" w:lineRule="exact"/>
      </w:pPr>
    </w:p>
    <w:p w:rsidR="00B10D74" w:rsidRDefault="00620ADC">
      <w:pPr>
        <w:sectPr w:rsidR="00B10D74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bookmarkStart w:id="0" w:name="_GoBack"/>
      <w:r w:rsidRPr="00620ADC">
        <w:rPr>
          <w:noProof/>
          <w:lang w:val="ru-RU" w:eastAsia="ru-RU"/>
        </w:rPr>
        <w:drawing>
          <wp:inline distT="0" distB="0" distL="0" distR="0">
            <wp:extent cx="5727700" cy="7636933"/>
            <wp:effectExtent l="0" t="0" r="6350" b="2540"/>
            <wp:docPr id="1" name="Рисунок 1" descr="E:\титульники\род л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и\род лите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D74" w:rsidRDefault="00B10D74">
      <w:pPr>
        <w:autoSpaceDE w:val="0"/>
        <w:autoSpaceDN w:val="0"/>
        <w:spacing w:after="78" w:line="220" w:lineRule="exact"/>
      </w:pPr>
    </w:p>
    <w:p w:rsidR="00B10D74" w:rsidRPr="00620ADC" w:rsidRDefault="00EC3B4C">
      <w:pPr>
        <w:autoSpaceDE w:val="0"/>
        <w:autoSpaceDN w:val="0"/>
        <w:spacing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B10D74" w:rsidRPr="00620ADC" w:rsidRDefault="00EC3B4C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 по  литературному  чтению на родном (русском) языке на уровне начального общего образования подготовлена в соответствии с реализацией Федерального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закона от 3 августа 2018 г. № 317-ФЗ «О внесении изменений в статьи 11 и 14 Федерального закона „Об образовании в Российской Федерации” на основе Федерального государственного образовательного стандарта начального общего образования (Приказ Министерства пр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освещения Российской Федерации от 31.05.2021 г. № 286 «Об утверждении федерального государственного образовательного стандарта начального общего образования», зарегистрирован Министерством юстиции Российской Федерации 05.07.2021 г.  № 64100), Примерной про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граммы воспитания (утверждена решением ФУМО по общему образованию от 2 июня 2020 г.) и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37-р).</w:t>
      </w:r>
    </w:p>
    <w:p w:rsidR="00B10D74" w:rsidRPr="00620ADC" w:rsidRDefault="00EC3B4C">
      <w:pPr>
        <w:autoSpaceDE w:val="0"/>
        <w:autoSpaceDN w:val="0"/>
        <w:spacing w:before="262" w:after="0" w:line="262" w:lineRule="auto"/>
        <w:ind w:right="576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«ЛИТЕРАТУРНОЕ ЧТЕНИЕ НА РОДНОМ (РУССКОМ) ЯЗЫКЕ»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ind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«Литературное чтение на родном (русском) </w:t>
      </w:r>
      <w:proofErr w:type="spellStart"/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языке»разработана</w:t>
      </w:r>
      <w:proofErr w:type="spellEnd"/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организаций, реализующих программы начального общего образовани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я. Программа направлена на оказание методической помощи образовательным организациям и учителю и позволит:</w:t>
      </w:r>
    </w:p>
    <w:p w:rsidR="00B10D74" w:rsidRPr="00620ADC" w:rsidRDefault="00EC3B4C">
      <w:pPr>
        <w:autoSpaceDE w:val="0"/>
        <w:autoSpaceDN w:val="0"/>
        <w:spacing w:before="178" w:after="0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реализовать в процессе преподавания учебного предмета «Литературное чтение на родном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(русском) языке» современные подходы к достижению личностных, 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обучения, сформулированных в Федеральном государственном образовательном стандарте начального общего образования;</w:t>
      </w:r>
    </w:p>
    <w:p w:rsidR="00B10D74" w:rsidRPr="00620ADC" w:rsidRDefault="00EC3B4C">
      <w:pPr>
        <w:autoSpaceDE w:val="0"/>
        <w:autoSpaceDN w:val="0"/>
        <w:spacing w:before="190" w:after="0" w:line="283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определить и структурировать планируе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мые результаты обучения и содержание учебного предмета «Литературное чтение на родном (русском) языке» по годам обучения в соответствии с ФГОС НОО; Примерной основной образовательной программой начального общего образования (в редакции протокола от 8 апрел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я 2015 г. № 1/15 федерального учебно-методического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объединения по общему образованию); Примерной программой воспитания (одобрена решением федерального учебно-методического объединения  по  общему  образованию,  протокол  от 2 июня 2020 г. № 2/20);</w:t>
      </w:r>
    </w:p>
    <w:p w:rsidR="00B10D74" w:rsidRPr="00620ADC" w:rsidRDefault="00EC3B4C">
      <w:pPr>
        <w:autoSpaceDE w:val="0"/>
        <w:autoSpaceDN w:val="0"/>
        <w:spacing w:before="192" w:after="0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разр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воения учебного материала разделов/тем курса.</w:t>
      </w:r>
    </w:p>
    <w:p w:rsidR="00B10D74" w:rsidRPr="00620ADC" w:rsidRDefault="00EC3B4C">
      <w:pPr>
        <w:autoSpaceDE w:val="0"/>
        <w:autoSpaceDN w:val="0"/>
        <w:spacing w:before="178" w:after="0" w:line="283" w:lineRule="auto"/>
        <w:ind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требований, заданных Федеральным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государственным образовательным стан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дартом начального общего образования к предметной 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области«Родной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 и литературное чтение на родном языке». Программа ориентирована на сопровождение и поддержку курса литературного чтения, входящего в образовательную область «Русский язык и литературное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чтение», при этом цели курса литературного чтения на родном (русском) языке в рамках предметной области «Родной язык и литературное чтение на родном языке» имеют свою специфику.</w:t>
      </w:r>
    </w:p>
    <w:p w:rsidR="00B10D74" w:rsidRPr="00620ADC" w:rsidRDefault="00EC3B4C">
      <w:pPr>
        <w:autoSpaceDE w:val="0"/>
        <w:autoSpaceDN w:val="0"/>
        <w:spacing w:before="190" w:after="0"/>
        <w:ind w:right="144"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требованиями ФГОС НОО к результатам освоения основной образов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ательной программы по учебному предмету «Литературное чтение на родном языке» курс направлен на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олению историко-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642" w:bottom="360" w:left="666" w:header="720" w:footer="720" w:gutter="0"/>
          <w:cols w:space="720" w:equalWidth="0">
            <w:col w:w="10592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66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88" w:lineRule="auto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культурных, нравственных, эстетических ценностей; понимания роли фольклора и художественной литературы родного народа в создании культурного, морально-этического и эстетического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пространства субъекта Российской Федерации;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курса «Литературное чтение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 родном (русском) языке» положена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ура устанавливает тем самым преемственную связь прошлого, настоящего и будущего русской национально-культурной традиции в сознании младших школьников.</w:t>
      </w:r>
    </w:p>
    <w:p w:rsidR="00B10D74" w:rsidRPr="00620ADC" w:rsidRDefault="00EC3B4C">
      <w:pPr>
        <w:autoSpaceDE w:val="0"/>
        <w:autoSpaceDN w:val="0"/>
        <w:spacing w:before="262" w:after="0" w:line="262" w:lineRule="auto"/>
        <w:ind w:right="576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«ЛИТЕРАТУРНОЕ ЧТЕНИЕ НА РОДНОМ (РУССКОМ) ЯЗЫКЕ»</w:t>
      </w:r>
    </w:p>
    <w:p w:rsidR="00B10D74" w:rsidRPr="00620ADC" w:rsidRDefault="00EC3B4C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изучения предмета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«Литературное чтение на родном (русском) языке» являются: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воспитание ценностного отношения к русской литературе и русскому языку как существенной части родной культуры;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осознание исторической преемственности поколений, своей ответственности за сохранение русской ку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льтуры;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развитие читательских умений.</w:t>
      </w:r>
    </w:p>
    <w:p w:rsidR="00B10D74" w:rsidRPr="00620ADC" w:rsidRDefault="00EC3B4C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Достижение данных целей предполагает решение следующих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задач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10D74" w:rsidRPr="00620ADC" w:rsidRDefault="00EC3B4C">
      <w:pPr>
        <w:autoSpaceDE w:val="0"/>
        <w:autoSpaceDN w:val="0"/>
        <w:spacing w:before="178" w:after="0" w:line="271" w:lineRule="auto"/>
        <w:ind w:left="420" w:right="736"/>
        <w:jc w:val="both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и национальной принадлежности; формирование ценностей многонационального российского общества;</w:t>
      </w:r>
    </w:p>
    <w:p w:rsidR="00B10D74" w:rsidRPr="00620ADC" w:rsidRDefault="00EC3B4C">
      <w:pPr>
        <w:autoSpaceDE w:val="0"/>
        <w:autoSpaceDN w:val="0"/>
        <w:spacing w:before="192" w:after="0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воспитание ценностного отношения к историко-культурному опыту русского народа, введение обучающегося в культурно- языковое пространство своего народа; формир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ование у младшего школьника интереса к русской литературе как источнику историко-культурных, нравственных, эстетических ценностей;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представлений об основных нравственно-этических ценностях, значимых для национального русского сознания и отр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ажённых в родной литературе;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обогащение знаний о художественно-эстетических возможностях русского языка на основе изучения произведений русской литературы;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потребности в постоянном чтении для развития личности, для речевого самосовершенс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твования;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всех видов речевой деятельности, приобретение опыта создания устных и письменных высказываний о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прочитанном.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86" w:right="718" w:bottom="372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7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ЛИТЕРАТУРНОЕ ЧТЕНИЕ НА РОДНОМ (РУССКОМ) ЯЗЫКЕ» В УЧЕБНОМ ПЛАНЕ</w:t>
      </w:r>
    </w:p>
    <w:p w:rsidR="00B10D74" w:rsidRPr="00620ADC" w:rsidRDefault="00EC3B4C">
      <w:pPr>
        <w:autoSpaceDE w:val="0"/>
        <w:autoSpaceDN w:val="0"/>
        <w:spacing w:before="166" w:after="0" w:line="283" w:lineRule="auto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Программа по предмету «Литературное чтение на родном (русском) языке» составлена на основе требований к предметным ре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зультатам освоения основной образовательной программы,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представленных в Федеральном государственном образовательном стандарте начального общего образования, и рассчитана на общую учебную нагрузку в объёме 34 часа в 4 классе. Резерв учебного времени отводи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тся на вариативную часть программы, которая предусматривает изучение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произведений, отобранных составителями рабочих программ для реализации регионального компонента содержания литературного образования.</w:t>
      </w:r>
    </w:p>
    <w:p w:rsidR="00B10D74" w:rsidRPr="00620ADC" w:rsidRDefault="00EC3B4C">
      <w:pPr>
        <w:autoSpaceDE w:val="0"/>
        <w:autoSpaceDN w:val="0"/>
        <w:spacing w:before="72" w:after="0" w:line="271" w:lineRule="auto"/>
        <w:ind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учебным планом МБОУ СОШ № 1 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с.п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 "С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ело Хурба" на 2022-2023 учебный год на изучение курса "Литературное чтение на родном (русском) языке» отводится 7 часов (0, 25 часа в неделю). Учебный предмет реализуется во второй четверти.</w:t>
      </w:r>
    </w:p>
    <w:p w:rsidR="00B10D74" w:rsidRPr="00620ADC" w:rsidRDefault="00EC3B4C">
      <w:pPr>
        <w:autoSpaceDE w:val="0"/>
        <w:autoSpaceDN w:val="0"/>
        <w:spacing w:before="262" w:after="0" w:line="262" w:lineRule="auto"/>
        <w:ind w:right="1008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ОСНОВНЫЕ СОДЕРЖАТЕЛЬНЫЕ ЛИНИИ РАБОЧЕЙ ПРОГРАММЫ УЧЕБНОГО ПРЕДМЕТА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«ЛИТЕРАТУРНОЕ ЧТЕНИЕ НА РОДНОМ (РУССКОМ) ЯЗЫКЕ»</w:t>
      </w:r>
    </w:p>
    <w:p w:rsidR="00B10D74" w:rsidRPr="00620ADC" w:rsidRDefault="00EC3B4C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ского языка и русской литературы с историей России, с материальной и духовной культурой русского народа. Учебный предмет «Литературное чтение на родном (русском) языке» не ущемляет права тех школьников, которые изучают иной родной язык и иную родную литера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туру, поэтому учебное время, отведённое на изучение данного предмета, не может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рассматриваться  как  время для углублённого изучения основного курса литературного чтения, входящего в предметную область «Русский язык и литературное чтение». Курс предназнач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с ключевыми для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национального сознания и русской культуры понятиями. 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страдание, великодушие, милосердие, совесть, правда, любовь и др.).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В данной программе специфика курса «Литературное чтение на родном (русском) 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языке»реализована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благодаря: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а) отбору произведений, в которых отражается русский национальный характер, обыч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аи, традиции русского народа, духовные основы русской культуры;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ости восприятия ребёнком окружающего мира;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культуры народа, а также содержание произведений русской литературы.</w:t>
      </w:r>
    </w:p>
    <w:p w:rsidR="00B10D74" w:rsidRPr="00620ADC" w:rsidRDefault="00EC3B4C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(русский)».</w:t>
      </w:r>
    </w:p>
    <w:p w:rsidR="00B10D74" w:rsidRPr="00620ADC" w:rsidRDefault="00EC3B4C">
      <w:pPr>
        <w:autoSpaceDE w:val="0"/>
        <w:autoSpaceDN w:val="0"/>
        <w:spacing w:before="70" w:after="0" w:line="262" w:lineRule="auto"/>
        <w:jc w:val="center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Оба курса объединяет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756" w:bottom="402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66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81" w:lineRule="auto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культурно-историч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86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7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B10D74" w:rsidRPr="00620ADC" w:rsidRDefault="00EC3B4C">
      <w:pPr>
        <w:autoSpaceDE w:val="0"/>
        <w:autoSpaceDN w:val="0"/>
        <w:spacing w:before="346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 1. МИР ДЕТСТВА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книги </w:t>
      </w:r>
    </w:p>
    <w:p w:rsidR="00B10D74" w:rsidRPr="00620ADC" w:rsidRDefault="00EC3B4C">
      <w:pPr>
        <w:autoSpaceDE w:val="0"/>
        <w:autoSpaceDN w:val="0"/>
        <w:spacing w:before="166" w:after="0" w:line="262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Испокон века книга растит человека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ценность чтения в жизни человека, роль книги в становлении личности.</w:t>
      </w:r>
    </w:p>
    <w:p w:rsidR="00B10D74" w:rsidRPr="00620ADC" w:rsidRDefault="00EC3B4C">
      <w:pPr>
        <w:autoSpaceDE w:val="0"/>
        <w:autoSpaceDN w:val="0"/>
        <w:spacing w:before="70" w:after="0" w:line="271" w:lineRule="auto"/>
        <w:ind w:left="180" w:right="144" w:hanging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620ADC">
        <w:rPr>
          <w:lang w:val="ru-RU"/>
        </w:rPr>
        <w:br/>
      </w: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С.Т.Аксаков.«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Детские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годы Багрова-внука» (фрагмент главы «Последовательные воспоминания»).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Д. Н.  Мамин-Сибиряк. 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Из  далёкого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 прошлого»  (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глава«Книжка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с картинками»).</w:t>
      </w:r>
    </w:p>
    <w:p w:rsidR="00B10D74" w:rsidRPr="00620ADC" w:rsidRDefault="00EC3B4C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С. Т. Григорьев.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«Детство Суворова» (фрагмент).</w:t>
      </w:r>
    </w:p>
    <w:p w:rsidR="00B10D74" w:rsidRPr="00620ADC" w:rsidRDefault="00EC3B4C">
      <w:pPr>
        <w:autoSpaceDE w:val="0"/>
        <w:autoSpaceDN w:val="0"/>
        <w:spacing w:before="264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взрослею </w:t>
      </w:r>
    </w:p>
    <w:p w:rsidR="00B10D74" w:rsidRPr="00620ADC" w:rsidRDefault="00EC3B4C">
      <w:pPr>
        <w:autoSpaceDE w:val="0"/>
        <w:autoSpaceDN w:val="0"/>
        <w:spacing w:before="166" w:after="0" w:line="262" w:lineRule="auto"/>
        <w:ind w:left="180" w:right="7344"/>
        <w:rPr>
          <w:lang w:val="ru-RU"/>
        </w:rPr>
      </w:pP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Скромность красит человека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Пословицы о скромности.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Произведения, отражающие традиционные представления о скромности как черте характера.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70" w:after="0" w:line="262" w:lineRule="auto"/>
        <w:ind w:right="73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Например: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В. Клюев.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«Шагом марш».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И.П.</w:t>
      </w: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Токмакова</w:t>
      </w:r>
      <w:proofErr w:type="spellEnd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Разговор татарника и спорыша».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Любовь всё побеждает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Произведе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ния,  отражающие  традиционные  представления о милосердии, сострадании,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сопереживании, чуткости, любви как нравственно-этических ценностях, значимых для национального русского сознания. Например: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Б. П. Екимов.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«Ночь исцеления».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И.С.Тургенев</w:t>
      </w:r>
      <w:proofErr w:type="spellEnd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«Голуби».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и моя семья 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166" w:after="0"/>
        <w:ind w:right="288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Такое разное детство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Например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Н. </w:t>
      </w: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Верейская</w:t>
      </w:r>
      <w:proofErr w:type="spellEnd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«Три девочки» (фрагмент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М. В. Водопьянов.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«Полярный лётчик» (главы «Маленький мир», «Мой первый „полёт”»).</w:t>
      </w:r>
    </w:p>
    <w:p w:rsidR="00B10D74" w:rsidRPr="00620ADC" w:rsidRDefault="00EC3B4C">
      <w:pPr>
        <w:autoSpaceDE w:val="0"/>
        <w:autoSpaceDN w:val="0"/>
        <w:spacing w:before="72" w:after="0" w:line="262" w:lineRule="auto"/>
        <w:ind w:left="180" w:right="1008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О. В. </w:t>
      </w: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Колпакова</w:t>
      </w:r>
      <w:proofErr w:type="spellEnd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«Большое сочинение про бабушку» (</w:t>
      </w:r>
      <w:proofErr w:type="spellStart"/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главы«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печку», «Про чистоту»).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К. В. Лукашевич.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«Моё милое детство» (фрагмент).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 фантазирую и мечтаю 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ind w:left="180" w:right="2448"/>
        <w:rPr>
          <w:lang w:val="ru-RU"/>
        </w:rPr>
      </w:pP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Придуманные миры и страны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Отражение в произведениях фантастики проблем реального мира.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Например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Т. В. Михеева.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«Асино лето» (фрагмент).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П. Крапивин.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«Голубятня на жёлтой поляне» (фрагменты).</w:t>
      </w:r>
    </w:p>
    <w:p w:rsidR="00B10D74" w:rsidRPr="00620ADC" w:rsidRDefault="00EC3B4C">
      <w:pPr>
        <w:autoSpaceDE w:val="0"/>
        <w:autoSpaceDN w:val="0"/>
        <w:spacing w:before="38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РОССИЯ — РОДИНА МОЯ 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Родная страна во все времена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сынами сильна 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ind w:left="180" w:right="2736"/>
        <w:rPr>
          <w:lang w:val="ru-RU"/>
        </w:rPr>
      </w:pP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Люди земли Русской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о выдающихся представителях русского народа.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Например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Е. В. Мурашова.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«Афанасий Никитин» (глава «</w:t>
      </w:r>
      <w:proofErr w:type="spell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Каффа</w:t>
      </w:r>
      <w:proofErr w:type="spell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»).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7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Ю. М. Нагибин.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«Маленькие рассказы о большой су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дьбе» (глава «В школу»).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Что мы Родиной зовём 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Широка страна моя родная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Произведения, отражающие любовь к Родине; красоту различных уголков родной земли.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Например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С. Зеленин.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«Мамкин Василёк» (фрагмент).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Д. Дорофеев.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«Веретено».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Г. Распутин.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«Саяны».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Сказ о валдайских колокольчиках.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168" w:after="0" w:line="281" w:lineRule="auto"/>
        <w:ind w:right="144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родной природе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Под дыханьем непогоды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Поэтические представления русского народа о ветре, морозе, грозе; отражение этих представлений в фольклоре и их развитие в русской поэзии и прозе. Например: </w:t>
      </w:r>
      <w:r w:rsidRPr="00620ADC">
        <w:rPr>
          <w:lang w:val="ru-RU"/>
        </w:rPr>
        <w:br/>
      </w: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народные загадки о ветре, морозе, грозе.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</w:t>
      </w:r>
      <w:proofErr w:type="spellStart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Апухтин</w:t>
      </w:r>
      <w:proofErr w:type="spellEnd"/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«Зимой».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Д. Берестов.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«Мороз».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Н. Майков.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«Гроза».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М. Рубцов.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«Во время грозы».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708" w:bottom="1440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7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B10D74" w:rsidRPr="00620ADC" w:rsidRDefault="00EC3B4C">
      <w:pPr>
        <w:autoSpaceDE w:val="0"/>
        <w:autoSpaceDN w:val="0"/>
        <w:spacing w:before="346" w:after="0" w:line="281" w:lineRule="auto"/>
        <w:ind w:right="720"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Результаты из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ия, сформулированным в Федеральном государственном образовательном стандарте начального общего образования.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ind w:firstLine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«Литературное чтения на родном (русском) языке» у обучающегося будут сформированы следующие лич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ностные результаты, представленные по основным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направлениям воспитательной деятельности: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- России, в том числе через изучение художественных произведений, отражающи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х историю и культуру страны;</w:t>
      </w:r>
    </w:p>
    <w:p w:rsidR="00B10D74" w:rsidRPr="00620ADC" w:rsidRDefault="00EC3B4C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уважение к своему и другим народам, формируемое в том числе на основе примеров из художес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твенных произведений и фольклора;</w:t>
      </w:r>
    </w:p>
    <w:p w:rsidR="00B10D74" w:rsidRPr="00620ADC" w:rsidRDefault="00EC3B4C">
      <w:pPr>
        <w:autoSpaceDE w:val="0"/>
        <w:autoSpaceDN w:val="0"/>
        <w:spacing w:before="190" w:after="0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х в фольклорных и художественных произведениях;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признание индивидуальности каждого человека с опорой на собственный жизненный и читательский опыт;</w:t>
      </w:r>
    </w:p>
    <w:p w:rsidR="00B10D74" w:rsidRPr="00620ADC" w:rsidRDefault="00EC3B4C">
      <w:pPr>
        <w:autoSpaceDE w:val="0"/>
        <w:autoSpaceDN w:val="0"/>
        <w:spacing w:before="192" w:after="0" w:line="271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сопереживания, уважения и доброжелательности, в том числе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с использованием адекватных языковых средств, для выражения своего состояния и чувств; проявление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эмоционально-нравственной отзывчивости, понимания и сопереживания чувствам других людей;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288" w:right="144"/>
        <w:jc w:val="center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поведения, направленных на причинение физиче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ского и морального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вреда  другим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 людям (в том числе связанного с использованием недопустимых средств языка);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сотрудничество со сверстниками, умение не создавать конфликтов и находить выходы из спорных ситуаций, в том числе с опорой на примеры художеств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енных произведений;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самовыражению в разных видах художественной деятельности, в том числе в искусстве слова;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150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B10D74" w:rsidRPr="00620ADC" w:rsidRDefault="00EC3B4C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бережное отношение к физическому и психическому здоровью, проявляющееся в выборе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приемлемых способов речевого самовыражения и соблюдении норм речевого этикета и правил общения;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B10D74" w:rsidRPr="00620ADC" w:rsidRDefault="00EC3B4C">
      <w:pPr>
        <w:autoSpaceDE w:val="0"/>
        <w:autoSpaceDN w:val="0"/>
        <w:spacing w:before="178" w:after="0" w:line="281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 осознание ценности труда в жизни человека и общества (в том числе благодаря примерам из художественных произведений), ответственное по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требление и бережное отношение к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произведений;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ие к природе, формируемое в процессе работы с текстами;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вред;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первоначальные представления о научной картине мира, формируемые в том числе в процессе усвоения ряда литературоведческих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понятий;</w:t>
      </w:r>
    </w:p>
    <w:p w:rsidR="00B10D74" w:rsidRPr="00620ADC" w:rsidRDefault="00EC3B4C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познавательные интересы, активность,  инициативность, любознательность и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 познании,  в том числе познавательный интерес к чтению художественных произведений, активность и самостоятельность при выборе круга чтения.</w:t>
      </w:r>
    </w:p>
    <w:p w:rsidR="00B10D74" w:rsidRPr="00620ADC" w:rsidRDefault="00EC3B4C">
      <w:pPr>
        <w:autoSpaceDE w:val="0"/>
        <w:autoSpaceDN w:val="0"/>
        <w:spacing w:before="32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ЕТНЫЕ РЕЗУЛЬТАТЫ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чтения на родном (русском) языке» у обучающегося будут сформированы следующие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различные тексты, устанав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ливать основания для сравнения текстов, устанавливать аналогии текстов;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объединять объекты (тексты) по определённому признаку;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 пословиц, поговорок, фразеологизмов;</w:t>
      </w:r>
    </w:p>
    <w:p w:rsidR="00B10D74" w:rsidRPr="00620ADC" w:rsidRDefault="00EC3B4C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находить в текстах закономерности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противоречия на основе предложенного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причинно-следственные связи при анализе текста, делать выводы.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овательские действия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 помощью учителя формулировать цель, планировать изменения собственного высказывания в соответствии с речевой ситуацией;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сравнивать несколько вариантов выполнения задания, выбирать наиболее подходящий (на основе предложенных кр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итериев);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370" w:right="664" w:bottom="332" w:left="666" w:header="720" w:footer="720" w:gutter="0"/>
          <w:cols w:space="720" w:equalWidth="0">
            <w:col w:w="10570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114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62" w:lineRule="auto"/>
        <w:ind w:left="420" w:right="115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предложенному плану несложное мини-исследование, выполнять по предложенному плану проектное задание;</w:t>
      </w:r>
    </w:p>
    <w:p w:rsidR="00B10D74" w:rsidRPr="00620ADC" w:rsidRDefault="00EC3B4C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основе результатов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развитие процессов, событий и их последствия в аналогичных или сходных си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туациях.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B10D74" w:rsidRPr="00620ADC" w:rsidRDefault="00EC3B4C">
      <w:pPr>
        <w:autoSpaceDE w:val="0"/>
        <w:autoSpaceDN w:val="0"/>
        <w:spacing w:before="18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информации: нужный словарь, справочник для получения запрашиваемой информации, для уточнения;</w:t>
      </w:r>
    </w:p>
    <w:p w:rsidR="00B10D74" w:rsidRPr="00620ADC" w:rsidRDefault="00EC3B4C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представленную в явном виде информацию в предложенном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источнике: в словарях, справочниках;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соблюдать с помощью взрослых (педагоги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ческих работников, родителей, законных представителей) правила информационной безопасности при поиске информации в Интернете;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графическую, видео, звуковую информацию в соответствии с учебной задачей;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понимать инфо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178" w:after="0" w:line="262" w:lineRule="auto"/>
        <w:ind w:right="1008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B10D74" w:rsidRPr="00620ADC" w:rsidRDefault="00EC3B4C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576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воспринимать и формулировать суждения, выражать эмоции в соответствии с целями и условиями общения в знакомой среде;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проявлять уважительное отношение к собеседнику, соблюдать правила ведения диалоги и дискуссии;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разных точек зрения;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 в соответствии с речевой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ситуацией;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B10D74" w:rsidRPr="00620ADC" w:rsidRDefault="00EC3B4C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и сроков;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334" w:right="744" w:bottom="402" w:left="666" w:header="720" w:footer="720" w:gutter="0"/>
          <w:cols w:space="720" w:equalWidth="0">
            <w:col w:w="10490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10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ы;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подчиняться, самостоятельно разрешать конфликты;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совместные проектные задания с опорой на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предложенные образцы.</w:t>
      </w:r>
    </w:p>
    <w:p w:rsidR="00B10D74" w:rsidRPr="00620ADC" w:rsidRDefault="00EC3B4C">
      <w:pPr>
        <w:tabs>
          <w:tab w:val="left" w:pos="180"/>
        </w:tabs>
        <w:autoSpaceDE w:val="0"/>
        <w:autoSpaceDN w:val="0"/>
        <w:spacing w:before="178" w:after="0" w:line="262" w:lineRule="auto"/>
        <w:rPr>
          <w:lang w:val="ru-RU"/>
        </w:rPr>
      </w:pPr>
      <w:r w:rsidRPr="00620ADC">
        <w:rPr>
          <w:lang w:val="ru-RU"/>
        </w:rPr>
        <w:tab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Самоорганизация: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выбранных действий.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10D74" w:rsidRPr="00620ADC" w:rsidRDefault="00EC3B4C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речевых ошибок и ошибок, связанных с анализом текстов;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соотносить результат деятельности с поставленн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ой учебной задачей по анализу текстов;</w:t>
      </w:r>
    </w:p>
    <w:p w:rsidR="00B10D74" w:rsidRPr="00620ADC" w:rsidRDefault="00EC3B4C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находить ошибку, допущенную при работе с текстами;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10D74" w:rsidRPr="00620ADC" w:rsidRDefault="00EC3B4C">
      <w:pPr>
        <w:autoSpaceDE w:val="0"/>
        <w:autoSpaceDN w:val="0"/>
        <w:spacing w:before="32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B10D74" w:rsidRPr="00620ADC" w:rsidRDefault="00EC3B4C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 классе 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</w:t>
      </w: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научится:</w:t>
      </w:r>
    </w:p>
    <w:p w:rsidR="00B10D74" w:rsidRPr="00620ADC" w:rsidRDefault="00EC3B4C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чтения русской литературы для личного развития; для культурной самоидентификации;</w:t>
      </w:r>
    </w:p>
    <w:p w:rsidR="00B10D74" w:rsidRPr="00620ADC" w:rsidRDefault="00EC3B4C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определять позиции героев художественного текста, позицию автора художественного текста;</w:t>
      </w:r>
    </w:p>
    <w:p w:rsidR="00B10D74" w:rsidRPr="00620ADC" w:rsidRDefault="00EC3B4C">
      <w:pPr>
        <w:autoSpaceDE w:val="0"/>
        <w:autoSpaceDN w:val="0"/>
        <w:spacing w:before="192" w:after="0" w:line="271" w:lineRule="auto"/>
        <w:ind w:left="420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сове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преобразования художественных, научно-популярных и учебных текстов;</w:t>
      </w:r>
    </w:p>
    <w:p w:rsidR="00B10D74" w:rsidRPr="00620ADC" w:rsidRDefault="00EC3B4C">
      <w:pPr>
        <w:autoSpaceDE w:val="0"/>
        <w:autoSpaceDN w:val="0"/>
        <w:spacing w:before="190" w:after="0" w:line="281" w:lineRule="auto"/>
        <w:ind w:left="420"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применять опыт чтен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ия произведений русской  литературы для речевого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учёт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ом специфики текста в виде пересказа (полного или краткого); составлять устный рассказ на основе прочитанных произведений с учётом коммуникативной задачи (для разных адресатов);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15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 выбирать</w:t>
      </w:r>
      <w:proofErr w:type="gramEnd"/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 интересующую  литературу,  формировать и обогащат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ь собственный круг чтения;</w:t>
      </w:r>
    </w:p>
    <w:p w:rsidR="00B10D74" w:rsidRPr="00620ADC" w:rsidRDefault="00EC3B4C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—  пользоваться справочными источниками для понимания текста и получения дополнительной информации.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328" w:right="724" w:bottom="398" w:left="666" w:header="720" w:footer="720" w:gutter="0"/>
          <w:cols w:space="720" w:equalWidth="0">
            <w:col w:w="10510" w:space="0"/>
          </w:cols>
          <w:docGrid w:linePitch="360"/>
        </w:sectPr>
      </w:pP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1440" w:right="1440" w:bottom="1440" w:left="1440" w:header="720" w:footer="720" w:gutter="0"/>
          <w:cols w:space="720" w:equalWidth="0">
            <w:col w:w="10510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64" w:line="220" w:lineRule="exact"/>
        <w:rPr>
          <w:lang w:val="ru-RU"/>
        </w:rPr>
      </w:pPr>
    </w:p>
    <w:p w:rsidR="00B10D74" w:rsidRDefault="00EC3B4C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7396"/>
        <w:gridCol w:w="1080"/>
        <w:gridCol w:w="1850"/>
      </w:tblGrid>
      <w:tr w:rsidR="00B10D74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47" w:lineRule="auto"/>
              <w:ind w:left="72" w:right="72"/>
              <w:jc w:val="both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7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B10D74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</w:tr>
      <w:tr w:rsidR="00B10D7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МИР ДЕТСТВА</w:t>
            </w:r>
          </w:p>
        </w:tc>
      </w:tr>
      <w:tr w:rsidR="00B10D74">
        <w:trPr>
          <w:trHeight w:hRule="exact" w:val="188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книги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6" w:after="0" w:line="250" w:lineRule="auto"/>
              <w:ind w:left="74" w:right="288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чтение небольших отрывков из произведений целыми словами; поиск ответов на вопросы, </w:t>
            </w:r>
            <w:proofErr w:type="gram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</w:t>
            </w:r>
            <w:proofErr w:type="gram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«Чем отличались книги того времени, которое вспоминает Д. Н. Мамин-Сибиряк, от современных книг? Как ты думаешь, почему читать о путешествиях нравилось многим мальчикам и девочкам?» Объяснение своей позиции с опорой на информацию, представленную 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 тексте;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взрослею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47" w:lineRule="auto"/>
              <w:ind w:left="74" w:right="288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перед чтением текстов раздела: о сильных и слабых сторонах характера растущего человека, о том, какие качества и черты характера хотелось бы в себе воспитать. Выразительное чтение части текста с целью выразить авторское отношение к 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герою;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и моя семья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6" w:after="0" w:line="250" w:lineRule="auto"/>
              <w:ind w:left="74" w:right="576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значения слов и выражений в тексте: определение и уточнение значений слов; Работа с текстом повести Е. Н.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Верейской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«Три девочки»: обсуждение проблематики текста: жизнь взрослых и детей, переживших блокаду Ленинграда;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Я фантазирую и мечтаю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перед чтением произведений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подраздела«Я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фантазирую и мечтаю»: обсуждение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вопросов«Почему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люди любят мечтать; зачем писатели увлекают нас рассказами о далёких и близких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фантастических мирах?»;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группе: чтение по ролям диалогов из повести Т. В. Мих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еевой «Асино лето»;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проблемного вопроса: «Как защитить планету от зла?» Чтение отрывков из текста В. П.</w:t>
            </w:r>
          </w:p>
          <w:p w:rsidR="00B10D74" w:rsidRPr="00620ADC" w:rsidRDefault="00EC3B4C">
            <w:pPr>
              <w:autoSpaceDE w:val="0"/>
              <w:autoSpaceDN w:val="0"/>
              <w:spacing w:before="20" w:after="0" w:line="230" w:lineRule="auto"/>
              <w:ind w:left="74"/>
              <w:rPr>
                <w:lang w:val="ru-RU"/>
              </w:rPr>
            </w:pP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Крапивина«Голубятня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 жёлтой поляне» по ролям;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34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РОССИЯ — РОДИНА МОЯ</w:t>
            </w:r>
          </w:p>
        </w:tc>
      </w:tr>
    </w:tbl>
    <w:p w:rsidR="00B10D74" w:rsidRDefault="00B10D74">
      <w:pPr>
        <w:autoSpaceDE w:val="0"/>
        <w:autoSpaceDN w:val="0"/>
        <w:spacing w:after="0" w:line="14" w:lineRule="exact"/>
      </w:pPr>
    </w:p>
    <w:p w:rsidR="00B10D74" w:rsidRDefault="00B10D74">
      <w:pPr>
        <w:sectPr w:rsidR="00B10D74">
          <w:pgSz w:w="16840" w:h="11900"/>
          <w:pgMar w:top="282" w:right="640" w:bottom="6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10D74" w:rsidRDefault="00B10D7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202"/>
        <w:gridCol w:w="528"/>
        <w:gridCol w:w="1104"/>
        <w:gridCol w:w="1140"/>
        <w:gridCol w:w="806"/>
        <w:gridCol w:w="7396"/>
        <w:gridCol w:w="1080"/>
        <w:gridCol w:w="1850"/>
      </w:tblGrid>
      <w:tr w:rsidR="00B10D74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Родная страна во все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времена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 xml:space="preserve">сынами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  <w:lang w:val="ru-RU"/>
              </w:rPr>
              <w:t>сильна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про себя: чтение небольших отрывков из произведений, ответы на вопросы по содержанию; чтение 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обсуждение историко-культурной информации, имеющей отношение к прочитанному произведению; Понимание значения слов и выражений в тексте: поиск значений незнакомых слов в словаре; работа с географическими названиями;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иллюстрациями к тексту: соотн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есение иллюстраций с текстовым материалом;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Что 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Родиной зовём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80" w:after="0" w:line="252" w:lineRule="auto"/>
              <w:ind w:left="7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перед чтением произведений подраздела: обсуждение мощи нашей страны, особенностей характера русских людей;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работа с текстом А. Д. Дорофеева «Веретено», обсуждение вопроса, как большое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складывается из малого;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значения слов и выражений в тексте: расшифровка, перевод на современный русский язык смысла высказывания князя: «Вечу колоколу не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быти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посаднику не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быти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 государство все нам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держати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!»;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80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221F1F"/>
                <w:w w:val="97"/>
                <w:sz w:val="16"/>
              </w:rPr>
              <w:t>О родной природе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вслух: чтение фольклорных и художественных произведений: загадок, пословиц, сказок, стихов, рассказов (скорость чтения в соответствии с индивидуальным темпом чтения, позволяющим осознать текст); выразительное чтение стихотворений;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Лексическая работ</w:t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а: продолжение ряда однокоренных слов;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 текста художественного произведения: сопоставление тематически близких произведений фольклора и русской литературы; поиск в тексте олицетворения; сравнение стихотворений, объединённых одной темой;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8" w:after="0" w:line="254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http://www.cofe.ru/read-ka https://education.yandex.ru http://fcior.edu.ru,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http://eor.edu.ru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http://www.ndce.edu.ru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</w:t>
            </w:r>
          </w:p>
        </w:tc>
      </w:tr>
      <w:tr w:rsidR="00B10D74">
        <w:trPr>
          <w:trHeight w:hRule="exact" w:val="34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348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904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 ЧАСОВ ПО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</w:tbl>
    <w:p w:rsidR="00B10D74" w:rsidRDefault="00B10D74">
      <w:pPr>
        <w:autoSpaceDE w:val="0"/>
        <w:autoSpaceDN w:val="0"/>
        <w:spacing w:after="0" w:line="14" w:lineRule="exact"/>
      </w:pPr>
    </w:p>
    <w:p w:rsidR="00B10D74" w:rsidRDefault="00B10D74">
      <w:pPr>
        <w:sectPr w:rsidR="00B10D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10D74" w:rsidRDefault="00B10D74">
      <w:pPr>
        <w:autoSpaceDE w:val="0"/>
        <w:autoSpaceDN w:val="0"/>
        <w:spacing w:after="78" w:line="220" w:lineRule="exact"/>
      </w:pPr>
    </w:p>
    <w:p w:rsidR="00B10D74" w:rsidRDefault="00EC3B4C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10D74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B10D74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D74" w:rsidRDefault="00B10D74"/>
        </w:tc>
      </w:tr>
      <w:tr w:rsidR="00B10D74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Испокон века книга растит человека Д. Н. Мамин-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Сибиряк «Из далёкого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прошлого» (глава «Книжка с картинками»).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Скромность красит человека. </w:t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И. П.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Токмакова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«Разговор татарника и спорыша».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19.11.2022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Такое разное детство К. В. Лукашевич «Моё милое детство» (отрывок).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 фантазирую и мечтаю.</w:t>
            </w:r>
          </w:p>
          <w:p w:rsidR="00B10D74" w:rsidRDefault="00EC3B4C">
            <w:pPr>
              <w:autoSpaceDE w:val="0"/>
              <w:autoSpaceDN w:val="0"/>
              <w:spacing w:before="70" w:after="0" w:line="271" w:lineRule="auto"/>
              <w:ind w:left="72"/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Придуманные миры и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страны. Т.В. Михеева "Асино лето" (отрывок).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В.П.</w:t>
            </w:r>
          </w:p>
          <w:p w:rsidR="00B10D74" w:rsidRDefault="00EC3B4C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Крапивин "Голубятня на жёлтой поляне" (отрывок).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Люди земли русской. Е.В.</w:t>
            </w:r>
          </w:p>
          <w:p w:rsidR="00B10D74" w:rsidRPr="00620ADC" w:rsidRDefault="00EC3B4C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Мурашова "Афанасий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Никитин" (глава "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Каффа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"). К.И. </w:t>
            </w:r>
            <w:proofErr w:type="spellStart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Кунин</w:t>
            </w:r>
            <w:proofErr w:type="spellEnd"/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"За три моря.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мы Родиной зовём.</w:t>
            </w:r>
          </w:p>
          <w:p w:rsidR="00B10D74" w:rsidRPr="00620ADC" w:rsidRDefault="00EC3B4C">
            <w:pPr>
              <w:autoSpaceDE w:val="0"/>
              <w:autoSpaceDN w:val="0"/>
              <w:spacing w:before="72" w:after="0"/>
              <w:ind w:left="72" w:right="288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Широка страна моя родная. А.Д. Дорофеев "Веретено", А. С. Зеленин «Мамкин </w:t>
            </w:r>
            <w:r w:rsidRPr="00620ADC">
              <w:rPr>
                <w:lang w:val="ru-RU"/>
              </w:rPr>
              <w:br/>
            </w: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Василёк» (отрывок).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10D74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родной природе. Мороз невелик, да стоять не велит. Загадки и пословицы.  В.Д. Берестов "Мороз".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</w:tbl>
    <w:p w:rsidR="00B10D74" w:rsidRDefault="00B10D74">
      <w:pPr>
        <w:autoSpaceDE w:val="0"/>
        <w:autoSpaceDN w:val="0"/>
        <w:spacing w:after="0" w:line="14" w:lineRule="exact"/>
      </w:pPr>
    </w:p>
    <w:p w:rsidR="00B10D74" w:rsidRDefault="00B10D74">
      <w:pPr>
        <w:sectPr w:rsidR="00B10D74">
          <w:pgSz w:w="11900" w:h="16840"/>
          <w:pgMar w:top="298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10D74" w:rsidRDefault="00B10D7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  <w:tr w:rsidR="00B10D74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Pr="00620ADC" w:rsidRDefault="00EC3B4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20AD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EC3B4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10D74" w:rsidRDefault="00B10D74"/>
        </w:tc>
      </w:tr>
    </w:tbl>
    <w:p w:rsidR="00B10D74" w:rsidRDefault="00B10D74">
      <w:pPr>
        <w:autoSpaceDE w:val="0"/>
        <w:autoSpaceDN w:val="0"/>
        <w:spacing w:after="0" w:line="14" w:lineRule="exact"/>
      </w:pPr>
    </w:p>
    <w:p w:rsidR="00B10D74" w:rsidRDefault="00B10D74">
      <w:pPr>
        <w:sectPr w:rsidR="00B10D74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10D74" w:rsidRDefault="00B10D74">
      <w:pPr>
        <w:autoSpaceDE w:val="0"/>
        <w:autoSpaceDN w:val="0"/>
        <w:spacing w:after="78" w:line="220" w:lineRule="exact"/>
      </w:pPr>
    </w:p>
    <w:p w:rsidR="00B10D74" w:rsidRDefault="00EC3B4C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10D74" w:rsidRDefault="00EC3B4C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B10D74" w:rsidRPr="00620ADC" w:rsidRDefault="00EC3B4C">
      <w:pPr>
        <w:autoSpaceDE w:val="0"/>
        <w:autoSpaceDN w:val="0"/>
        <w:spacing w:before="166" w:after="0" w:line="271" w:lineRule="auto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Литературное чтение на родном (русском) языке (в 2 час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тях), 4 класс/Кутейникова Н.Е., Синёва О.В., Дудова Л.В.; под редакцией Богданова С.И., ООО «Русское слово-учебник»;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10D74" w:rsidRPr="00620ADC" w:rsidRDefault="00EC3B4C">
      <w:pPr>
        <w:autoSpaceDE w:val="0"/>
        <w:autoSpaceDN w:val="0"/>
        <w:spacing w:before="166" w:after="0" w:line="278" w:lineRule="auto"/>
        <w:ind w:right="432"/>
        <w:rPr>
          <w:lang w:val="ru-RU"/>
        </w:rPr>
      </w:pP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к учебнику Н.Е. Кутейниковой, О.В. Синёвой, Л.В. Дудовой «Литературное чтение на родном (русском) языке» под ред. С.И. Богданова для 4 класса общеобразовательных организаций / авт.-сост. Н.Е. Кутейникова, О.В. Синёва. — М.: ООО «Русское с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лово — учебник», 2021.</w:t>
      </w:r>
    </w:p>
    <w:p w:rsidR="00B10D74" w:rsidRPr="00620ADC" w:rsidRDefault="00EC3B4C">
      <w:pPr>
        <w:autoSpaceDE w:val="0"/>
        <w:autoSpaceDN w:val="0"/>
        <w:spacing w:before="262"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10D74" w:rsidRPr="00620ADC" w:rsidRDefault="00EC3B4C">
      <w:pPr>
        <w:autoSpaceDE w:val="0"/>
        <w:autoSpaceDN w:val="0"/>
        <w:spacing w:before="166" w:after="0" w:line="281" w:lineRule="auto"/>
        <w:ind w:right="3312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20A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20A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cofe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read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ka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education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yandex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fcior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eor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20A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ndce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20A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10D74" w:rsidRPr="00620ADC" w:rsidRDefault="00B10D74">
      <w:pPr>
        <w:autoSpaceDE w:val="0"/>
        <w:autoSpaceDN w:val="0"/>
        <w:spacing w:after="78" w:line="220" w:lineRule="exact"/>
        <w:rPr>
          <w:lang w:val="ru-RU"/>
        </w:rPr>
      </w:pPr>
    </w:p>
    <w:p w:rsidR="00B10D74" w:rsidRPr="00620ADC" w:rsidRDefault="00EC3B4C">
      <w:pPr>
        <w:autoSpaceDE w:val="0"/>
        <w:autoSpaceDN w:val="0"/>
        <w:spacing w:after="0" w:line="230" w:lineRule="auto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B10D74" w:rsidRPr="00620ADC" w:rsidRDefault="00EC3B4C">
      <w:pPr>
        <w:autoSpaceDE w:val="0"/>
        <w:autoSpaceDN w:val="0"/>
        <w:spacing w:before="346" w:after="0" w:line="302" w:lineRule="auto"/>
        <w:ind w:right="2304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Справочные таблицы, книги, портреты писателей, демон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>страционный материал.</w:t>
      </w:r>
    </w:p>
    <w:p w:rsidR="00B10D74" w:rsidRPr="00620ADC" w:rsidRDefault="00EC3B4C">
      <w:pPr>
        <w:autoSpaceDE w:val="0"/>
        <w:autoSpaceDN w:val="0"/>
        <w:spacing w:before="262" w:after="0" w:line="298" w:lineRule="auto"/>
        <w:ind w:right="720"/>
        <w:rPr>
          <w:lang w:val="ru-RU"/>
        </w:rPr>
      </w:pPr>
      <w:r w:rsidRPr="00620AD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ЛАБОРАТОРНЫХ, ПРАКТИЧЕСКИХ РАБОТ, ДЕМОНСТРАЦИЙ </w:t>
      </w:r>
      <w:r w:rsidRPr="00620ADC">
        <w:rPr>
          <w:lang w:val="ru-RU"/>
        </w:rPr>
        <w:br/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Проектор, экран, компьютер </w:t>
      </w:r>
      <w:r w:rsidRPr="00620AD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CD</w:t>
      </w:r>
      <w:r w:rsidRPr="00620ADC">
        <w:rPr>
          <w:rFonts w:ascii="Times New Roman" w:eastAsia="Times New Roman" w:hAnsi="Times New Roman"/>
          <w:color w:val="000000"/>
          <w:sz w:val="24"/>
          <w:lang w:val="ru-RU"/>
        </w:rPr>
        <w:t xml:space="preserve"> диск «Электронное приложение к учебнику».</w:t>
      </w:r>
    </w:p>
    <w:p w:rsidR="00B10D74" w:rsidRPr="00620ADC" w:rsidRDefault="00B10D74">
      <w:pPr>
        <w:rPr>
          <w:lang w:val="ru-RU"/>
        </w:rPr>
        <w:sectPr w:rsidR="00B10D74" w:rsidRPr="00620AD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C3B4C" w:rsidRPr="00620ADC" w:rsidRDefault="00EC3B4C">
      <w:pPr>
        <w:rPr>
          <w:lang w:val="ru-RU"/>
        </w:rPr>
      </w:pPr>
    </w:p>
    <w:sectPr w:rsidR="00EC3B4C" w:rsidRPr="00620AD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20ADC"/>
    <w:rsid w:val="00AA1D8D"/>
    <w:rsid w:val="00B10D74"/>
    <w:rsid w:val="00B47730"/>
    <w:rsid w:val="00CB0664"/>
    <w:rsid w:val="00EC3B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8CFA90"/>
  <w14:defaultImageDpi w14:val="300"/>
  <w15:docId w15:val="{CAB463D0-D222-41C4-B39F-92A2E39D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FBB347-854F-4FC7-B05A-9DAC798F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4566</Words>
  <Characters>26028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3</cp:revision>
  <dcterms:created xsi:type="dcterms:W3CDTF">2013-12-23T23:15:00Z</dcterms:created>
  <dcterms:modified xsi:type="dcterms:W3CDTF">2022-10-03T01:12:00Z</dcterms:modified>
  <cp:category/>
</cp:coreProperties>
</file>